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3AB4" w:rsidRDefault="00293AB4">
      <w:pPr>
        <w:autoSpaceDE w:val="0"/>
        <w:autoSpaceDN w:val="0"/>
        <w:spacing w:after="78" w:line="220" w:lineRule="exact"/>
      </w:pPr>
      <w:bookmarkStart w:id="0" w:name="_GoBack"/>
      <w:bookmarkEnd w:id="0"/>
    </w:p>
    <w:p w:rsidR="00293AB4" w:rsidRPr="00D87892" w:rsidRDefault="0079773F">
      <w:pPr>
        <w:rPr>
          <w:lang w:val="ru-RU"/>
        </w:rPr>
        <w:sectPr w:rsidR="00293AB4" w:rsidRPr="00D87892">
          <w:pgSz w:w="11900" w:h="16840"/>
          <w:pgMar w:top="298" w:right="876" w:bottom="296" w:left="1440" w:header="720" w:footer="720" w:gutter="0"/>
          <w:cols w:space="720" w:equalWidth="0">
            <w:col w:w="9584" w:space="0"/>
          </w:cols>
          <w:docGrid w:linePitch="360"/>
        </w:sectPr>
      </w:pPr>
      <w:r w:rsidRPr="0079773F">
        <w:rPr>
          <w:rFonts w:ascii="Times New Roman" w:eastAsia="Times New Roman" w:hAnsi="Times New Roman"/>
          <w:b/>
          <w:noProof/>
          <w:color w:val="000000"/>
          <w:sz w:val="24"/>
          <w:lang w:val="ru-RU" w:eastAsia="ru-RU"/>
        </w:rPr>
        <w:lastRenderedPageBreak/>
        <w:drawing>
          <wp:inline distT="0" distB="0" distL="0" distR="0">
            <wp:extent cx="6085840" cy="10379910"/>
            <wp:effectExtent l="0" t="0" r="0" b="2540"/>
            <wp:docPr id="1" name="Рисунок 1" descr="C:\Users\admin\Desktop\математика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атематика.tif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840" cy="1037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AB4" w:rsidRPr="00D87892" w:rsidRDefault="00293AB4">
      <w:pPr>
        <w:rPr>
          <w:lang w:val="ru-RU"/>
        </w:rPr>
        <w:sectPr w:rsidR="00293AB4" w:rsidRPr="00D87892">
          <w:pgSz w:w="11900" w:h="16840"/>
          <w:pgMar w:top="1440" w:right="1440" w:bottom="1440" w:left="1440" w:header="720" w:footer="720" w:gutter="0"/>
          <w:cols w:space="720" w:equalWidth="0">
            <w:col w:w="9584" w:space="0"/>
          </w:cols>
          <w:docGrid w:linePitch="360"/>
        </w:sectPr>
      </w:pPr>
    </w:p>
    <w:p w:rsidR="00293AB4" w:rsidRPr="00D87892" w:rsidRDefault="00293AB4">
      <w:pPr>
        <w:autoSpaceDE w:val="0"/>
        <w:autoSpaceDN w:val="0"/>
        <w:spacing w:after="78" w:line="220" w:lineRule="exact"/>
        <w:rPr>
          <w:lang w:val="ru-RU"/>
        </w:rPr>
      </w:pPr>
    </w:p>
    <w:p w:rsidR="00293AB4" w:rsidRPr="00D87892" w:rsidRDefault="00F84F7D">
      <w:pPr>
        <w:autoSpaceDE w:val="0"/>
        <w:autoSpaceDN w:val="0"/>
        <w:spacing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:rsidR="00293AB4" w:rsidRPr="00D87892" w:rsidRDefault="00F84F7D">
      <w:pPr>
        <w:autoSpaceDE w:val="0"/>
        <w:autoSpaceDN w:val="0"/>
        <w:spacing w:before="346" w:after="0"/>
        <w:ind w:firstLine="180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Рабочая программа по предмету «Математика» для обучающихся 1 класса составлена на основе Требований к результатам освоения основной образовательной программы начального общего образования, представленных в Федеральном государственном образовательном стандарте начального общего образования, а также Примерной программы воспитания.</w:t>
      </w:r>
    </w:p>
    <w:p w:rsidR="00293AB4" w:rsidRPr="00D87892" w:rsidRDefault="00F84F7D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математики имеет особое значение в развитии младшего школьника.</w:t>
      </w:r>
    </w:p>
    <w:p w:rsidR="00293AB4" w:rsidRPr="00D87892" w:rsidRDefault="00F84F7D">
      <w:pPr>
        <w:autoSpaceDE w:val="0"/>
        <w:autoSpaceDN w:val="0"/>
        <w:spacing w:before="70" w:after="0" w:line="271" w:lineRule="auto"/>
        <w:ind w:right="144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Приобретённые им знания, опыт выполнения предметных и универсальных действий на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математическом материале, первоначальное овладение математическим языком станут фундаментом обучения в основном звене школы, а также будут востребованы в жизни.</w:t>
      </w:r>
    </w:p>
    <w:p w:rsidR="00293AB4" w:rsidRPr="00D87892" w:rsidRDefault="00F84F7D">
      <w:pPr>
        <w:tabs>
          <w:tab w:val="left" w:pos="180"/>
        </w:tabs>
        <w:autoSpaceDE w:val="0"/>
        <w:autoSpaceDN w:val="0"/>
        <w:spacing w:before="192" w:after="0" w:line="262" w:lineRule="auto"/>
        <w:ind w:right="144"/>
        <w:rPr>
          <w:lang w:val="ru-RU"/>
        </w:rPr>
      </w:pP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Изучение математики в начальной школе направлено на достижение следующих образовательных, развивающих целей, а также целей воспитания:</w:t>
      </w:r>
    </w:p>
    <w:p w:rsidR="00293AB4" w:rsidRPr="00D87892" w:rsidRDefault="00F84F7D">
      <w:pPr>
        <w:autoSpaceDE w:val="0"/>
        <w:autoSpaceDN w:val="0"/>
        <w:spacing w:before="178" w:after="0"/>
        <w:ind w:left="420" w:right="288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Освоение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начальных математических знаний - понимание значения величин и способов их измерения; использование арифметических способов для разрешения сюжетных ситуаций; формирование умения решать учебные и практические задачи средствами математики; работа с алгоритмами выполнения арифметических действий. </w:t>
      </w:r>
    </w:p>
    <w:p w:rsidR="00293AB4" w:rsidRPr="00D87892" w:rsidRDefault="00F84F7D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Формирование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функциональной математической грамотности младшего школьника,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(«часть-</w:t>
      </w:r>
      <w:proofErr w:type="spell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целое»,«больше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-меньше», «равно-неравно», «порядок»), смысла арифметических действий,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зависимостей (работа, движение, продолжительность события). </w:t>
      </w:r>
    </w:p>
    <w:p w:rsidR="00293AB4" w:rsidRPr="00D87892" w:rsidRDefault="00F84F7D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Обеспечение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математического развития младшего школьника - формирование способности к интеллектуальной деятельности, пространственного воображения, математической речи; умение строить рассуждения, выбирать аргументацию,  различать верные (истинные) и неверные (ложные) утверждения, вести поиск информации (примеров, оснований для упорядочения, вариантов и др.). </w:t>
      </w:r>
    </w:p>
    <w:p w:rsidR="00293AB4" w:rsidRPr="00D87892" w:rsidRDefault="00F84F7D">
      <w:pPr>
        <w:autoSpaceDE w:val="0"/>
        <w:autoSpaceDN w:val="0"/>
        <w:spacing w:before="190" w:after="0" w:line="281" w:lineRule="auto"/>
        <w:ind w:left="420" w:right="144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Становление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учебно-познавательных мотивов и интереса к изучению математики и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умственному труду; важнейших качеств интеллектуальной деятельности: теоретического и пространственного мышления, воображения, математической речи, ориентировки в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математических терминах и понятиях; прочных  навыков использования математических знаний в повседневной жизни.</w:t>
      </w:r>
    </w:p>
    <w:p w:rsidR="00293AB4" w:rsidRPr="00D87892" w:rsidRDefault="00F84F7D">
      <w:pPr>
        <w:tabs>
          <w:tab w:val="left" w:pos="180"/>
        </w:tabs>
        <w:autoSpaceDE w:val="0"/>
        <w:autoSpaceDN w:val="0"/>
        <w:spacing w:before="300" w:after="0" w:line="262" w:lineRule="auto"/>
        <w:ind w:right="720"/>
        <w:rPr>
          <w:lang w:val="ru-RU"/>
        </w:rPr>
      </w:pP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В основе конструирования содержания и отбора планируемых результатов лежат следующие ценности математики, коррелирующие со становлением личности младшего школьника:</w:t>
      </w:r>
    </w:p>
    <w:p w:rsidR="00293AB4" w:rsidRPr="00D87892" w:rsidRDefault="00F84F7D">
      <w:pPr>
        <w:autoSpaceDE w:val="0"/>
        <w:autoSpaceDN w:val="0"/>
        <w:spacing w:before="178" w:after="0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понимание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математических отношений выступает средством познания закономерностей существования   окружающего мира, фактов, процессов  и  явлений,  происходящих  в  природе и в обществе (хронология событий, протяжённость по времени, образование целого из частей, изменение формы, размера и т.д.); </w:t>
      </w:r>
    </w:p>
    <w:p w:rsidR="00293AB4" w:rsidRPr="00D87892" w:rsidRDefault="00F84F7D">
      <w:pPr>
        <w:autoSpaceDE w:val="0"/>
        <w:autoSpaceDN w:val="0"/>
        <w:spacing w:before="190" w:after="0" w:line="271" w:lineRule="auto"/>
        <w:ind w:left="420" w:right="7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математические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 </w:t>
      </w:r>
    </w:p>
    <w:p w:rsidR="00293AB4" w:rsidRPr="00D87892" w:rsidRDefault="00F84F7D">
      <w:pPr>
        <w:autoSpaceDE w:val="0"/>
        <w:autoSpaceDN w:val="0"/>
        <w:spacing w:before="190" w:after="0" w:line="271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владение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математическим языком, элементами алгоритмического мышления позволяет ученику совершенствовать коммуникативную деятельность (аргументировать свою точку зрения, строить логические цепочки рассуждений; опровергать или подтверждать истинность</w:t>
      </w:r>
    </w:p>
    <w:p w:rsidR="00293AB4" w:rsidRPr="00D87892" w:rsidRDefault="00293AB4">
      <w:pPr>
        <w:rPr>
          <w:lang w:val="ru-RU"/>
        </w:rPr>
        <w:sectPr w:rsidR="00293AB4" w:rsidRPr="00D87892">
          <w:pgSz w:w="11900" w:h="16840"/>
          <w:pgMar w:top="298" w:right="634" w:bottom="320" w:left="666" w:header="720" w:footer="720" w:gutter="0"/>
          <w:cols w:space="720" w:equalWidth="0">
            <w:col w:w="10600" w:space="0"/>
          </w:cols>
          <w:docGrid w:linePitch="360"/>
        </w:sectPr>
      </w:pPr>
    </w:p>
    <w:p w:rsidR="00293AB4" w:rsidRPr="00D87892" w:rsidRDefault="00293AB4">
      <w:pPr>
        <w:autoSpaceDE w:val="0"/>
        <w:autoSpaceDN w:val="0"/>
        <w:spacing w:after="66" w:line="220" w:lineRule="exact"/>
        <w:rPr>
          <w:lang w:val="ru-RU"/>
        </w:rPr>
      </w:pPr>
    </w:p>
    <w:p w:rsidR="00293AB4" w:rsidRPr="00D87892" w:rsidRDefault="00F84F7D">
      <w:pPr>
        <w:autoSpaceDE w:val="0"/>
        <w:autoSpaceDN w:val="0"/>
        <w:spacing w:after="0" w:line="230" w:lineRule="auto"/>
        <w:ind w:left="420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предположения).</w:t>
      </w:r>
    </w:p>
    <w:p w:rsidR="00293AB4" w:rsidRPr="00D87892" w:rsidRDefault="00F84F7D">
      <w:pPr>
        <w:autoSpaceDE w:val="0"/>
        <w:autoSpaceDN w:val="0"/>
        <w:spacing w:before="178" w:after="0" w:line="281" w:lineRule="auto"/>
        <w:ind w:firstLine="180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Младшие школьники проявляют интерес к математической сущности предметов и явлений окружающей жизни - возможности их измерить, определить величину, форму, выявить зависимости </w:t>
      </w: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и  закономерности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 их  расположения  во  времени  и в пространстве. Осознанию младшим школьником многих математических явлений помогает его тяга к моделированию, что облегчает освоение общего способа решения учебной задачи, а также работу с разными средствами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информации, в том числе и графическими (таблица, диаграмма, схема).</w:t>
      </w:r>
    </w:p>
    <w:p w:rsidR="00293AB4" w:rsidRPr="00D87892" w:rsidRDefault="00F84F7D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математические знания и умения применяются школьником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учеником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школы.</w:t>
      </w:r>
    </w:p>
    <w:p w:rsidR="00293AB4" w:rsidRPr="00D87892" w:rsidRDefault="00F84F7D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На изучение математики в 1 классе отводится 4 часа в неделю, всего 132 часа.</w:t>
      </w:r>
    </w:p>
    <w:p w:rsidR="00293AB4" w:rsidRPr="00D87892" w:rsidRDefault="00293AB4">
      <w:pPr>
        <w:rPr>
          <w:lang w:val="ru-RU"/>
        </w:rPr>
        <w:sectPr w:rsidR="00293AB4" w:rsidRPr="00D87892">
          <w:pgSz w:w="11900" w:h="16840"/>
          <w:pgMar w:top="286" w:right="828" w:bottom="1440" w:left="666" w:header="720" w:footer="720" w:gutter="0"/>
          <w:cols w:space="720" w:equalWidth="0">
            <w:col w:w="10406" w:space="0"/>
          </w:cols>
          <w:docGrid w:linePitch="360"/>
        </w:sectPr>
      </w:pPr>
    </w:p>
    <w:p w:rsidR="00293AB4" w:rsidRPr="00D87892" w:rsidRDefault="00293AB4">
      <w:pPr>
        <w:autoSpaceDE w:val="0"/>
        <w:autoSpaceDN w:val="0"/>
        <w:spacing w:after="78" w:line="220" w:lineRule="exact"/>
        <w:rPr>
          <w:lang w:val="ru-RU"/>
        </w:rPr>
      </w:pPr>
    </w:p>
    <w:p w:rsidR="00293AB4" w:rsidRPr="00D87892" w:rsidRDefault="00F84F7D">
      <w:pPr>
        <w:autoSpaceDE w:val="0"/>
        <w:autoSpaceDN w:val="0"/>
        <w:spacing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:rsidR="00293AB4" w:rsidRPr="00D87892" w:rsidRDefault="00F84F7D">
      <w:pPr>
        <w:autoSpaceDE w:val="0"/>
        <w:autoSpaceDN w:val="0"/>
        <w:spacing w:before="346" w:after="0" w:line="271" w:lineRule="auto"/>
        <w:ind w:right="144" w:firstLine="180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Основное содержание обучения в программе представлено разделами: «Числа и </w:t>
      </w:r>
      <w:proofErr w:type="spell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величины</w:t>
      </w: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»,«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Арифметические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действия», «Текстовые задачи», «Пространственные отношения и геометрические фигуры», «Математическая информация».</w:t>
      </w:r>
    </w:p>
    <w:p w:rsidR="00293AB4" w:rsidRPr="00D87892" w:rsidRDefault="00F84F7D">
      <w:pPr>
        <w:tabs>
          <w:tab w:val="left" w:pos="180"/>
        </w:tabs>
        <w:autoSpaceDE w:val="0"/>
        <w:autoSpaceDN w:val="0"/>
        <w:spacing w:before="190" w:after="0" w:line="271" w:lineRule="auto"/>
        <w:ind w:right="720"/>
        <w:rPr>
          <w:lang w:val="ru-RU"/>
        </w:rPr>
      </w:pP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Числа и величины </w:t>
      </w:r>
      <w:r w:rsidRPr="00D87892">
        <w:rPr>
          <w:lang w:val="ru-RU"/>
        </w:rPr>
        <w:br/>
      </w: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293AB4" w:rsidRPr="00D87892" w:rsidRDefault="00F84F7D">
      <w:pPr>
        <w:tabs>
          <w:tab w:val="left" w:pos="180"/>
        </w:tabs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Числа в пределах 20: чтение, запись, сравнение.  Однозначные и двузначные числа. Увеличение (уменьшение) числа на несколько единиц.</w:t>
      </w:r>
    </w:p>
    <w:p w:rsidR="00293AB4" w:rsidRPr="00D87892" w:rsidRDefault="00F84F7D">
      <w:pPr>
        <w:tabs>
          <w:tab w:val="left" w:pos="180"/>
        </w:tabs>
        <w:autoSpaceDE w:val="0"/>
        <w:autoSpaceDN w:val="0"/>
        <w:spacing w:before="72" w:after="0" w:line="262" w:lineRule="auto"/>
        <w:ind w:right="432"/>
        <w:rPr>
          <w:lang w:val="ru-RU"/>
        </w:rPr>
      </w:pP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Длина и её измерение. Единицы длины: сантиметр, дециметр; установление соотношения между ними.</w:t>
      </w:r>
    </w:p>
    <w:p w:rsidR="00293AB4" w:rsidRPr="00D87892" w:rsidRDefault="00F84F7D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Арифметические действия </w:t>
      </w:r>
      <w:r w:rsidRPr="00D87892">
        <w:rPr>
          <w:lang w:val="ru-RU"/>
        </w:rPr>
        <w:br/>
      </w: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</w:t>
      </w:r>
    </w:p>
    <w:p w:rsidR="00293AB4" w:rsidRPr="00D87892" w:rsidRDefault="00F84F7D">
      <w:pPr>
        <w:tabs>
          <w:tab w:val="left" w:pos="180"/>
        </w:tabs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Текстовые задачи </w:t>
      </w:r>
      <w:r w:rsidRPr="00D87892">
        <w:rPr>
          <w:lang w:val="ru-RU"/>
        </w:rPr>
        <w:br/>
      </w: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:rsidR="00293AB4" w:rsidRPr="00D87892" w:rsidRDefault="00F84F7D">
      <w:pPr>
        <w:tabs>
          <w:tab w:val="left" w:pos="180"/>
        </w:tabs>
        <w:autoSpaceDE w:val="0"/>
        <w:autoSpaceDN w:val="0"/>
        <w:spacing w:before="190" w:after="0" w:line="271" w:lineRule="auto"/>
        <w:ind w:right="576"/>
        <w:rPr>
          <w:lang w:val="ru-RU"/>
        </w:rPr>
      </w:pP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Пространственные отношения и геометрические фигуры </w:t>
      </w:r>
      <w:r w:rsidRPr="00D87892">
        <w:rPr>
          <w:lang w:val="ru-RU"/>
        </w:rPr>
        <w:br/>
      </w: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Расположение предметов и объектов на плоскости, в пространстве: слева/справа, сверху/снизу, между; установление пространственных отношений.</w:t>
      </w:r>
    </w:p>
    <w:p w:rsidR="00293AB4" w:rsidRPr="00D87892" w:rsidRDefault="00F84F7D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клетку; измерение длины отрезка в сантиметрах.</w:t>
      </w:r>
    </w:p>
    <w:p w:rsidR="00293AB4" w:rsidRPr="00D87892" w:rsidRDefault="00F84F7D">
      <w:pPr>
        <w:tabs>
          <w:tab w:val="left" w:pos="180"/>
        </w:tabs>
        <w:autoSpaceDE w:val="0"/>
        <w:autoSpaceDN w:val="0"/>
        <w:spacing w:before="190" w:after="0" w:line="271" w:lineRule="auto"/>
        <w:rPr>
          <w:lang w:val="ru-RU"/>
        </w:rPr>
      </w:pP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Математическая информация </w:t>
      </w:r>
      <w:r w:rsidRPr="00D87892">
        <w:rPr>
          <w:lang w:val="ru-RU"/>
        </w:rPr>
        <w:br/>
      </w: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Сбор данных об объекте по образцу. Характеристики объекта, группы объектов (количество, форма, размер). Группировка объектов по заданному признаку.</w:t>
      </w:r>
    </w:p>
    <w:p w:rsidR="00293AB4" w:rsidRPr="00D87892" w:rsidRDefault="00F84F7D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Закономерность в ряду заданных объектов: её обнаружение, продолжение ряда.</w:t>
      </w:r>
    </w:p>
    <w:p w:rsidR="00293AB4" w:rsidRPr="00D87892" w:rsidRDefault="00F84F7D">
      <w:pPr>
        <w:tabs>
          <w:tab w:val="left" w:pos="180"/>
        </w:tabs>
        <w:autoSpaceDE w:val="0"/>
        <w:autoSpaceDN w:val="0"/>
        <w:spacing w:before="70" w:after="0" w:line="262" w:lineRule="auto"/>
        <w:ind w:right="576"/>
        <w:rPr>
          <w:lang w:val="ru-RU"/>
        </w:rPr>
      </w:pP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:rsidR="00293AB4" w:rsidRPr="00D87892" w:rsidRDefault="00F84F7D">
      <w:pPr>
        <w:autoSpaceDE w:val="0"/>
        <w:autoSpaceDN w:val="0"/>
        <w:spacing w:before="72" w:after="0" w:line="271" w:lineRule="auto"/>
        <w:ind w:right="144" w:firstLine="180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Чтение таблицы (содержащей не более 4-х данных); извлечение данного из строки, столбца; внесение одного-двух данных в таблицу. Чтение рисунка, схемы с одним-двумя числовыми данными (значениями данных величин).</w:t>
      </w:r>
    </w:p>
    <w:p w:rsidR="00293AB4" w:rsidRPr="00D87892" w:rsidRDefault="00F84F7D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Двух-</w:t>
      </w:r>
      <w:proofErr w:type="spell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трёхшаговые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инструкции, связанные с вычислением, измерением длины, изображением геометрической фигуры.</w:t>
      </w:r>
    </w:p>
    <w:p w:rsidR="00293AB4" w:rsidRPr="00D87892" w:rsidRDefault="00F84F7D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учебные действия (пропедевтический уровень)</w:t>
      </w:r>
    </w:p>
    <w:p w:rsidR="00293AB4" w:rsidRPr="00D87892" w:rsidRDefault="00F84F7D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D87892">
        <w:rPr>
          <w:rFonts w:ascii="Times New Roman" w:eastAsia="Times New Roman" w:hAnsi="Times New Roman"/>
          <w:i/>
          <w:color w:val="000000"/>
          <w:sz w:val="24"/>
          <w:lang w:val="ru-RU"/>
        </w:rPr>
        <w:t>Универсальные познавательные учебные действия:</w:t>
      </w:r>
    </w:p>
    <w:p w:rsidR="00293AB4" w:rsidRPr="00D87892" w:rsidRDefault="00F84F7D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наблюдать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математические объекты (числа, величины) в окружающем мире; </w:t>
      </w:r>
    </w:p>
    <w:p w:rsidR="00293AB4" w:rsidRPr="00D87892" w:rsidRDefault="00F84F7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обнаруживать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общее и различное в записи арифметических действий; </w:t>
      </w:r>
    </w:p>
    <w:p w:rsidR="00293AB4" w:rsidRPr="00D87892" w:rsidRDefault="00F84F7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понимать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назначение и необходимость использования величин в жизни; </w:t>
      </w:r>
    </w:p>
    <w:p w:rsidR="00293AB4" w:rsidRPr="00D87892" w:rsidRDefault="00F84F7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наблюдать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действие измерительных приборов; </w:t>
      </w:r>
    </w:p>
    <w:p w:rsidR="00293AB4" w:rsidRPr="00D87892" w:rsidRDefault="00F84F7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сравнивать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два объекта, два числа; распределять объекты на группы по заданному</w:t>
      </w:r>
    </w:p>
    <w:p w:rsidR="00293AB4" w:rsidRPr="00D87892" w:rsidRDefault="00293AB4">
      <w:pPr>
        <w:rPr>
          <w:lang w:val="ru-RU"/>
        </w:rPr>
        <w:sectPr w:rsidR="00293AB4" w:rsidRPr="00D87892">
          <w:pgSz w:w="11900" w:h="16840"/>
          <w:pgMar w:top="298" w:right="650" w:bottom="41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93AB4" w:rsidRPr="00D87892" w:rsidRDefault="00293AB4">
      <w:pPr>
        <w:autoSpaceDE w:val="0"/>
        <w:autoSpaceDN w:val="0"/>
        <w:spacing w:after="66" w:line="220" w:lineRule="exact"/>
        <w:rPr>
          <w:lang w:val="ru-RU"/>
        </w:rPr>
      </w:pPr>
    </w:p>
    <w:p w:rsidR="00293AB4" w:rsidRPr="00D87892" w:rsidRDefault="00F84F7D">
      <w:pPr>
        <w:autoSpaceDE w:val="0"/>
        <w:autoSpaceDN w:val="0"/>
        <w:spacing w:after="0" w:line="329" w:lineRule="auto"/>
        <w:ind w:left="240" w:right="7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основанию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копировать изученные фигуры, рисовать от руки по собственному замыслу; приводить примеры чисел, геометрических фигур;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вести порядковый и количественный счет (соблюдать последовательность).</w:t>
      </w:r>
    </w:p>
    <w:p w:rsidR="00293AB4" w:rsidRPr="00D87892" w:rsidRDefault="00F84F7D">
      <w:pPr>
        <w:autoSpaceDE w:val="0"/>
        <w:autoSpaceDN w:val="0"/>
        <w:spacing w:before="178" w:after="0" w:line="326" w:lineRule="auto"/>
        <w:ind w:left="240" w:hanging="240"/>
        <w:rPr>
          <w:lang w:val="ru-RU"/>
        </w:rPr>
      </w:pPr>
      <w:r w:rsidRPr="00D8789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Работа с </w:t>
      </w:r>
      <w:proofErr w:type="gramStart"/>
      <w:r w:rsidRPr="00D87892">
        <w:rPr>
          <w:rFonts w:ascii="Times New Roman" w:eastAsia="Times New Roman" w:hAnsi="Times New Roman"/>
          <w:i/>
          <w:color w:val="000000"/>
          <w:sz w:val="24"/>
          <w:lang w:val="ru-RU"/>
        </w:rPr>
        <w:t>информацией: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 понимать, что математические явления могут быть представлены с помощью разных средств: текст, числовая запись, таблица, рисунок, схема;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читать таблицу, извлекать информацию, представленную в табличной форме.</w:t>
      </w:r>
    </w:p>
    <w:p w:rsidR="00293AB4" w:rsidRPr="00D87892" w:rsidRDefault="00F84F7D">
      <w:pPr>
        <w:autoSpaceDE w:val="0"/>
        <w:autoSpaceDN w:val="0"/>
        <w:spacing w:before="180" w:after="0" w:line="336" w:lineRule="auto"/>
        <w:ind w:left="240" w:right="288" w:hanging="240"/>
        <w:rPr>
          <w:lang w:val="ru-RU"/>
        </w:rPr>
      </w:pPr>
      <w:r w:rsidRPr="00D8789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Универсальные коммуникативные учебные </w:t>
      </w:r>
      <w:proofErr w:type="gramStart"/>
      <w:r w:rsidRPr="00D87892">
        <w:rPr>
          <w:rFonts w:ascii="Times New Roman" w:eastAsia="Times New Roman" w:hAnsi="Times New Roman"/>
          <w:i/>
          <w:color w:val="000000"/>
          <w:sz w:val="24"/>
          <w:lang w:val="ru-RU"/>
        </w:rPr>
        <w:t>действия: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 характеризовать (описывать) число, геометрическую фигуру, последовательность из нескольких чисел, записанных по порядку;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—  комментировать ход сравнения двух объектов; описывать своими словами сюжетную ситуацию и математическое отношение, представленное в задаче;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описывать положение предмета в пространстве различать и использовать математические знаки;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строить предложения относительно заданного набора объектов.</w:t>
      </w:r>
    </w:p>
    <w:p w:rsidR="00293AB4" w:rsidRPr="00D87892" w:rsidRDefault="00F84F7D">
      <w:pPr>
        <w:autoSpaceDE w:val="0"/>
        <w:autoSpaceDN w:val="0"/>
        <w:spacing w:before="178" w:after="0" w:line="350" w:lineRule="auto"/>
        <w:ind w:left="240" w:right="576" w:hanging="240"/>
        <w:rPr>
          <w:lang w:val="ru-RU"/>
        </w:rPr>
      </w:pPr>
      <w:r w:rsidRPr="00D8789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Универсальные регулятивные учебные </w:t>
      </w:r>
      <w:proofErr w:type="gramStart"/>
      <w:r w:rsidRPr="00D87892">
        <w:rPr>
          <w:rFonts w:ascii="Times New Roman" w:eastAsia="Times New Roman" w:hAnsi="Times New Roman"/>
          <w:i/>
          <w:color w:val="000000"/>
          <w:sz w:val="24"/>
          <w:lang w:val="ru-RU"/>
        </w:rPr>
        <w:t>действия: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 принимать учебную задачу, удерживать её в процессе деятельности;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—  действовать в соответствии с предложенным образцом, инструкцией;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—  проявлять интерес к проверке результатов решения учебной задачи, с помощью учителя устанавливать причину возникшей ошибки и трудности;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проверять правильность вычисления с помощью другого приёма выполнения действия.</w:t>
      </w:r>
    </w:p>
    <w:p w:rsidR="00293AB4" w:rsidRPr="00D87892" w:rsidRDefault="00F84F7D">
      <w:pPr>
        <w:autoSpaceDE w:val="0"/>
        <w:autoSpaceDN w:val="0"/>
        <w:spacing w:before="178" w:after="0" w:line="326" w:lineRule="auto"/>
        <w:ind w:left="240" w:hanging="240"/>
        <w:rPr>
          <w:lang w:val="ru-RU"/>
        </w:rPr>
      </w:pPr>
      <w:r w:rsidRPr="00D87892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Совместная </w:t>
      </w:r>
      <w:proofErr w:type="gramStart"/>
      <w:r w:rsidRPr="00D87892">
        <w:rPr>
          <w:rFonts w:ascii="Times New Roman" w:eastAsia="Times New Roman" w:hAnsi="Times New Roman"/>
          <w:i/>
          <w:color w:val="000000"/>
          <w:sz w:val="24"/>
          <w:lang w:val="ru-RU"/>
        </w:rPr>
        <w:t>деятельность: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 участвовать в парной работе с математическим материалом;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выполнять правила совместной деятельности: договариваться, считаться с мнением партнёра, спокойно и мирно разрешать конфликты.</w:t>
      </w:r>
    </w:p>
    <w:p w:rsidR="00293AB4" w:rsidRPr="00D87892" w:rsidRDefault="00293AB4">
      <w:pPr>
        <w:rPr>
          <w:lang w:val="ru-RU"/>
        </w:rPr>
        <w:sectPr w:rsidR="00293AB4" w:rsidRPr="00D87892">
          <w:pgSz w:w="11900" w:h="16840"/>
          <w:pgMar w:top="286" w:right="786" w:bottom="1440" w:left="846" w:header="720" w:footer="720" w:gutter="0"/>
          <w:cols w:space="720" w:equalWidth="0">
            <w:col w:w="10268" w:space="0"/>
          </w:cols>
          <w:docGrid w:linePitch="360"/>
        </w:sectPr>
      </w:pPr>
    </w:p>
    <w:p w:rsidR="00293AB4" w:rsidRPr="00D87892" w:rsidRDefault="00293AB4">
      <w:pPr>
        <w:autoSpaceDE w:val="0"/>
        <w:autoSpaceDN w:val="0"/>
        <w:spacing w:after="78" w:line="220" w:lineRule="exact"/>
        <w:rPr>
          <w:lang w:val="ru-RU"/>
        </w:rPr>
      </w:pPr>
    </w:p>
    <w:p w:rsidR="00293AB4" w:rsidRPr="00D87892" w:rsidRDefault="00F84F7D">
      <w:pPr>
        <w:autoSpaceDE w:val="0"/>
        <w:autoSpaceDN w:val="0"/>
        <w:spacing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:rsidR="00293AB4" w:rsidRPr="00D87892" w:rsidRDefault="00F84F7D">
      <w:pPr>
        <w:tabs>
          <w:tab w:val="left" w:pos="180"/>
        </w:tabs>
        <w:autoSpaceDE w:val="0"/>
        <w:autoSpaceDN w:val="0"/>
        <w:spacing w:before="346" w:after="0" w:line="262" w:lineRule="auto"/>
        <w:ind w:right="1152"/>
        <w:rPr>
          <w:lang w:val="ru-RU"/>
        </w:rPr>
      </w:pP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Изучение математики в 1 классе направлено на достижение обучающимися личностных, </w:t>
      </w:r>
      <w:proofErr w:type="spell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метапредметных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предметных результатов освоения учебного предмета.</w:t>
      </w:r>
    </w:p>
    <w:p w:rsidR="00293AB4" w:rsidRPr="00D87892" w:rsidRDefault="00F84F7D">
      <w:pPr>
        <w:autoSpaceDE w:val="0"/>
        <w:autoSpaceDN w:val="0"/>
        <w:spacing w:before="262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:rsidR="00293AB4" w:rsidRPr="00D87892" w:rsidRDefault="00F84F7D">
      <w:pPr>
        <w:tabs>
          <w:tab w:val="left" w:pos="180"/>
        </w:tabs>
        <w:autoSpaceDE w:val="0"/>
        <w:autoSpaceDN w:val="0"/>
        <w:spacing w:before="166" w:after="0" w:line="262" w:lineRule="auto"/>
        <w:ind w:right="288"/>
        <w:rPr>
          <w:lang w:val="ru-RU"/>
        </w:rPr>
      </w:pPr>
      <w:r w:rsidRPr="00D87892">
        <w:rPr>
          <w:lang w:val="ru-RU"/>
        </w:rPr>
        <w:tab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В результате изучения предмета «Математика» у обучающегося будут сформированы следующие личностные результаты:</w:t>
      </w:r>
    </w:p>
    <w:p w:rsidR="00293AB4" w:rsidRPr="00D87892" w:rsidRDefault="00F84F7D">
      <w:pPr>
        <w:autoSpaceDE w:val="0"/>
        <w:autoSpaceDN w:val="0"/>
        <w:spacing w:before="178" w:after="0" w:line="262" w:lineRule="auto"/>
        <w:ind w:left="420" w:right="144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осознавать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необходимость изучения математики для адаптации к жизненным ситуациям, для развития общей культуры человека; </w:t>
      </w:r>
    </w:p>
    <w:p w:rsidR="00293AB4" w:rsidRPr="00D87892" w:rsidRDefault="00F84F7D">
      <w:pPr>
        <w:autoSpaceDE w:val="0"/>
        <w:autoSpaceDN w:val="0"/>
        <w:spacing w:before="192" w:after="0" w:line="262" w:lineRule="auto"/>
        <w:ind w:left="420" w:right="576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развития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способности мыслить, рассуждать, выдвигать предположения и доказывать или опровергать их; </w:t>
      </w:r>
    </w:p>
    <w:p w:rsidR="00293AB4" w:rsidRPr="00D87892" w:rsidRDefault="00F84F7D">
      <w:pPr>
        <w:autoSpaceDE w:val="0"/>
        <w:autoSpaceDN w:val="0"/>
        <w:spacing w:before="190" w:after="0" w:line="271" w:lineRule="auto"/>
        <w:ind w:left="420" w:right="864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применять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293AB4" w:rsidRPr="00D87892" w:rsidRDefault="00F84F7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осваивать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навыки организации безопасного поведения в информационной среде; 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применять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 </w:t>
      </w:r>
    </w:p>
    <w:p w:rsidR="00293AB4" w:rsidRPr="00D87892" w:rsidRDefault="00F84F7D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работать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в ситуациях, расширяющих опыт применения математических отношений в реальной жизни, повышающих интерес к интеллектуальному труду и уверенность своих силах при решении поставленных задач, умение преодолевать трудности; 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420" w:right="864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оценивать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 </w:t>
      </w:r>
    </w:p>
    <w:p w:rsidR="00293AB4" w:rsidRPr="00D87892" w:rsidRDefault="00F84F7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оценивать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свои успехи в изучении математики, намечать пути устранения трудностей; </w:t>
      </w:r>
    </w:p>
    <w:p w:rsidR="00293AB4" w:rsidRPr="00D87892" w:rsidRDefault="00F84F7D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стремиться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углублять свои математические знания и умения; 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:rsidR="00293AB4" w:rsidRPr="00D87892" w:rsidRDefault="00F84F7D">
      <w:pPr>
        <w:autoSpaceDE w:val="0"/>
        <w:autoSpaceDN w:val="0"/>
        <w:spacing w:before="324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:rsidR="00293AB4" w:rsidRPr="00D87892" w:rsidRDefault="00F84F7D">
      <w:pPr>
        <w:autoSpaceDE w:val="0"/>
        <w:autoSpaceDN w:val="0"/>
        <w:spacing w:before="168" w:after="0" w:line="230" w:lineRule="auto"/>
        <w:ind w:left="180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у обучающегося формируются следующие универсальные учебные действия.</w:t>
      </w:r>
    </w:p>
    <w:p w:rsidR="00293AB4" w:rsidRPr="00D87892" w:rsidRDefault="00F84F7D">
      <w:pPr>
        <w:autoSpaceDE w:val="0"/>
        <w:autoSpaceDN w:val="0"/>
        <w:spacing w:before="192" w:after="0" w:line="230" w:lineRule="auto"/>
        <w:ind w:left="18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 познавательные</w:t>
      </w:r>
      <w:proofErr w:type="gramEnd"/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учебные действия:</w:t>
      </w:r>
    </w:p>
    <w:p w:rsidR="00293AB4" w:rsidRPr="00D87892" w:rsidRDefault="00F84F7D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D87892">
        <w:rPr>
          <w:rFonts w:ascii="Times New Roman" w:eastAsia="Times New Roman" w:hAnsi="Times New Roman"/>
          <w:i/>
          <w:color w:val="000000"/>
          <w:sz w:val="24"/>
          <w:lang w:val="ru-RU"/>
        </w:rPr>
        <w:t>1)  Базовые логические действия:</w:t>
      </w:r>
    </w:p>
    <w:p w:rsidR="00293AB4" w:rsidRPr="00D87892" w:rsidRDefault="00F84F7D">
      <w:pPr>
        <w:autoSpaceDE w:val="0"/>
        <w:autoSpaceDN w:val="0"/>
        <w:spacing w:before="178" w:after="0" w:line="262" w:lineRule="auto"/>
        <w:ind w:left="420" w:right="1008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связи и зависимости между математическими объектами (часть-целое; причина-следствие; протяжённость); 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применять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базовые логические универсальные действия: сравнение, анализ, классификация (группировка), обобщение;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приобретать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практические графические и измерительные навыки для успешного решения учебных и житейских задач;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420" w:right="288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текстовую задачу, её решение в виде модели, схемы, арифметической записи, текста в соответствии с предложенной учебной проблемой.</w:t>
      </w:r>
    </w:p>
    <w:p w:rsidR="00293AB4" w:rsidRPr="00D87892" w:rsidRDefault="00F84F7D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D87892">
        <w:rPr>
          <w:rFonts w:ascii="Times New Roman" w:eastAsia="Times New Roman" w:hAnsi="Times New Roman"/>
          <w:i/>
          <w:color w:val="000000"/>
          <w:sz w:val="24"/>
          <w:lang w:val="ru-RU"/>
        </w:rPr>
        <w:t>2)  Базовые исследовательские действия:</w:t>
      </w:r>
    </w:p>
    <w:p w:rsidR="00293AB4" w:rsidRPr="00D87892" w:rsidRDefault="00293AB4">
      <w:pPr>
        <w:rPr>
          <w:lang w:val="ru-RU"/>
        </w:rPr>
        <w:sectPr w:rsidR="00293AB4" w:rsidRPr="00D87892">
          <w:pgSz w:w="11900" w:h="16840"/>
          <w:pgMar w:top="298" w:right="650" w:bottom="37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93AB4" w:rsidRPr="00D87892" w:rsidRDefault="00293AB4">
      <w:pPr>
        <w:autoSpaceDE w:val="0"/>
        <w:autoSpaceDN w:val="0"/>
        <w:spacing w:after="132" w:line="220" w:lineRule="exact"/>
        <w:rPr>
          <w:lang w:val="ru-RU"/>
        </w:rPr>
      </w:pPr>
    </w:p>
    <w:p w:rsidR="00293AB4" w:rsidRPr="00D87892" w:rsidRDefault="00F84F7D">
      <w:pPr>
        <w:autoSpaceDE w:val="0"/>
        <w:autoSpaceDN w:val="0"/>
        <w:spacing w:after="0" w:line="262" w:lineRule="auto"/>
        <w:ind w:left="240" w:right="864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проявлять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способность ориентироваться в учебном материале разных разделов курса математики; 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240" w:right="144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понимать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и адекватно использовать математическую терминологию: различать, характеризовать, использовать для решения учебных и практических задач; </w:t>
      </w:r>
    </w:p>
    <w:p w:rsidR="00293AB4" w:rsidRPr="00D87892" w:rsidRDefault="00F84F7D">
      <w:pPr>
        <w:autoSpaceDE w:val="0"/>
        <w:autoSpaceDN w:val="0"/>
        <w:spacing w:before="190" w:after="0" w:line="230" w:lineRule="auto"/>
        <w:ind w:left="24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применять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изученные методы познания (измерение, моделирование, перебор вариантов)</w:t>
      </w:r>
    </w:p>
    <w:p w:rsidR="00293AB4" w:rsidRPr="00D87892" w:rsidRDefault="00F84F7D">
      <w:pPr>
        <w:autoSpaceDE w:val="0"/>
        <w:autoSpaceDN w:val="0"/>
        <w:spacing w:before="178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3)  Работа с информацией:</w:t>
      </w:r>
    </w:p>
    <w:p w:rsidR="00293AB4" w:rsidRPr="00D87892" w:rsidRDefault="00F84F7D">
      <w:pPr>
        <w:autoSpaceDE w:val="0"/>
        <w:autoSpaceDN w:val="0"/>
        <w:spacing w:before="178" w:after="0" w:line="262" w:lineRule="auto"/>
        <w:ind w:left="24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находить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и использовать для решения учебных задач текстовую, графическую информацию в разных источниках информационной среды; </w:t>
      </w:r>
    </w:p>
    <w:p w:rsidR="00293AB4" w:rsidRPr="00D87892" w:rsidRDefault="00F84F7D">
      <w:pPr>
        <w:autoSpaceDE w:val="0"/>
        <w:autoSpaceDN w:val="0"/>
        <w:spacing w:before="192" w:after="0" w:line="262" w:lineRule="auto"/>
        <w:ind w:left="240" w:right="864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читать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, интерпретировать графически представленную информацию (схему, таблицу, диаграмму, другую модель); 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240" w:right="432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представлять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информацию в заданной форме (дополнять таблицу, текст), формулировать утверждение по образцу, в соответствии с требованиями учебной задачи; 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24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принимать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правила, безопасно использовать предлагаемые электронные средства и источники информации.</w:t>
      </w:r>
    </w:p>
    <w:p w:rsidR="00293AB4" w:rsidRPr="00D87892" w:rsidRDefault="00F84F7D">
      <w:pPr>
        <w:autoSpaceDE w:val="0"/>
        <w:autoSpaceDN w:val="0"/>
        <w:spacing w:before="178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коммуникативные учебные действия:</w:t>
      </w:r>
    </w:p>
    <w:p w:rsidR="00293AB4" w:rsidRPr="00D87892" w:rsidRDefault="00F84F7D">
      <w:pPr>
        <w:autoSpaceDE w:val="0"/>
        <w:autoSpaceDN w:val="0"/>
        <w:spacing w:before="298" w:after="0" w:line="230" w:lineRule="auto"/>
        <w:ind w:left="24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конструировать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утверждения, проверять их истинность;</w:t>
      </w:r>
    </w:p>
    <w:p w:rsidR="00293AB4" w:rsidRPr="00D87892" w:rsidRDefault="00F84F7D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строить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логическое рассуждение;</w:t>
      </w:r>
    </w:p>
    <w:p w:rsidR="00293AB4" w:rsidRPr="00D87892" w:rsidRDefault="00F84F7D">
      <w:pPr>
        <w:autoSpaceDE w:val="0"/>
        <w:autoSpaceDN w:val="0"/>
        <w:spacing w:before="238" w:after="0" w:line="230" w:lineRule="auto"/>
        <w:jc w:val="center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использовать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текст задания для объяснения способа и хода решения математической задачи;</w:t>
      </w:r>
    </w:p>
    <w:p w:rsidR="00293AB4" w:rsidRPr="00D87892" w:rsidRDefault="00F84F7D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формулировать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ответ;</w:t>
      </w:r>
    </w:p>
    <w:p w:rsidR="00293AB4" w:rsidRPr="00D87892" w:rsidRDefault="00F84F7D">
      <w:pPr>
        <w:autoSpaceDE w:val="0"/>
        <w:autoSpaceDN w:val="0"/>
        <w:spacing w:before="238" w:after="0" w:line="262" w:lineRule="auto"/>
        <w:ind w:left="240" w:right="288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комментировать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процесс вычисления, построения, решения; объяснять полученный ответ с использованием изученной терминологии;</w:t>
      </w:r>
    </w:p>
    <w:p w:rsidR="00293AB4" w:rsidRPr="00D87892" w:rsidRDefault="00F84F7D">
      <w:pPr>
        <w:autoSpaceDE w:val="0"/>
        <w:autoSpaceDN w:val="0"/>
        <w:spacing w:before="238" w:after="0" w:line="271" w:lineRule="auto"/>
        <w:ind w:left="24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в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процессе диалогов по обсуждению изученного материала —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293AB4" w:rsidRPr="00D87892" w:rsidRDefault="00F84F7D">
      <w:pPr>
        <w:autoSpaceDE w:val="0"/>
        <w:autoSpaceDN w:val="0"/>
        <w:spacing w:before="240" w:after="0" w:line="271" w:lineRule="auto"/>
        <w:ind w:left="24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создавать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в соответствии с учебной задачей тексты разного вида -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293AB4" w:rsidRPr="00D87892" w:rsidRDefault="00F84F7D">
      <w:pPr>
        <w:autoSpaceDE w:val="0"/>
        <w:autoSpaceDN w:val="0"/>
        <w:spacing w:before="238" w:after="0" w:line="230" w:lineRule="auto"/>
        <w:ind w:left="24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ориентироваться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в алгоритмах: воспроизводить, дополнять, исправлять деформированные;</w:t>
      </w:r>
    </w:p>
    <w:p w:rsidR="00293AB4" w:rsidRPr="00D87892" w:rsidRDefault="00F84F7D">
      <w:pPr>
        <w:autoSpaceDE w:val="0"/>
        <w:autoSpaceDN w:val="0"/>
        <w:spacing w:before="238" w:after="0" w:line="262" w:lineRule="auto"/>
        <w:ind w:left="240" w:right="144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составлять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по аналогии; . самостоятельно составлять тексты заданий, аналогичные типовым изученным.</w:t>
      </w:r>
    </w:p>
    <w:p w:rsidR="00293AB4" w:rsidRPr="00D87892" w:rsidRDefault="00F84F7D">
      <w:pPr>
        <w:autoSpaceDE w:val="0"/>
        <w:autoSpaceDN w:val="0"/>
        <w:spacing w:before="178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>Универсальные регулятивные учебные действия:</w:t>
      </w:r>
    </w:p>
    <w:p w:rsidR="00293AB4" w:rsidRPr="00D87892" w:rsidRDefault="00F84F7D">
      <w:pPr>
        <w:autoSpaceDE w:val="0"/>
        <w:autoSpaceDN w:val="0"/>
        <w:spacing w:before="190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i/>
          <w:color w:val="000000"/>
          <w:sz w:val="24"/>
          <w:lang w:val="ru-RU"/>
        </w:rPr>
        <w:t>1)  Самоорганизация:</w:t>
      </w:r>
    </w:p>
    <w:p w:rsidR="00293AB4" w:rsidRPr="00D87892" w:rsidRDefault="00F84F7D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планировать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этапы предстоящей работы, определять последовательность учебных действий; 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240" w:right="864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выполнять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правила безопасного использования электронных средств, предлагаемых в процессе обучения.</w:t>
      </w:r>
    </w:p>
    <w:p w:rsidR="00293AB4" w:rsidRPr="00D87892" w:rsidRDefault="00F84F7D">
      <w:pPr>
        <w:autoSpaceDE w:val="0"/>
        <w:autoSpaceDN w:val="0"/>
        <w:spacing w:before="178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i/>
          <w:color w:val="000000"/>
          <w:sz w:val="24"/>
          <w:lang w:val="ru-RU"/>
        </w:rPr>
        <w:t>2)  Самоконтроль:</w:t>
      </w:r>
    </w:p>
    <w:p w:rsidR="00293AB4" w:rsidRPr="00D87892" w:rsidRDefault="00F84F7D">
      <w:pPr>
        <w:autoSpaceDE w:val="0"/>
        <w:autoSpaceDN w:val="0"/>
        <w:spacing w:before="178" w:after="0" w:line="230" w:lineRule="auto"/>
        <w:ind w:left="24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контроль процесса и результата своей деятельности, объективно оценивать их; </w:t>
      </w:r>
    </w:p>
    <w:p w:rsidR="00293AB4" w:rsidRPr="00D87892" w:rsidRDefault="00293AB4">
      <w:pPr>
        <w:rPr>
          <w:lang w:val="ru-RU"/>
        </w:rPr>
        <w:sectPr w:rsidR="00293AB4" w:rsidRPr="00D87892">
          <w:pgSz w:w="11900" w:h="16840"/>
          <w:pgMar w:top="352" w:right="722" w:bottom="302" w:left="846" w:header="720" w:footer="720" w:gutter="0"/>
          <w:cols w:space="720" w:equalWidth="0">
            <w:col w:w="10332" w:space="0"/>
          </w:cols>
          <w:docGrid w:linePitch="360"/>
        </w:sectPr>
      </w:pPr>
    </w:p>
    <w:p w:rsidR="00293AB4" w:rsidRPr="00D87892" w:rsidRDefault="00293AB4">
      <w:pPr>
        <w:autoSpaceDE w:val="0"/>
        <w:autoSpaceDN w:val="0"/>
        <w:spacing w:after="144" w:line="220" w:lineRule="exact"/>
        <w:rPr>
          <w:lang w:val="ru-RU"/>
        </w:rPr>
      </w:pPr>
    </w:p>
    <w:p w:rsidR="00293AB4" w:rsidRPr="00D87892" w:rsidRDefault="00F84F7D">
      <w:pPr>
        <w:autoSpaceDE w:val="0"/>
        <w:autoSpaceDN w:val="0"/>
        <w:spacing w:after="0" w:line="230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выбирать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и при необходимости корректировать способы действий; 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находить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ошибки в своей работе, устанавливать их причины, вести поиск путей преодоления ошибок.</w:t>
      </w:r>
    </w:p>
    <w:p w:rsidR="00293AB4" w:rsidRPr="00D87892" w:rsidRDefault="00F84F7D">
      <w:pPr>
        <w:autoSpaceDE w:val="0"/>
        <w:autoSpaceDN w:val="0"/>
        <w:spacing w:before="178" w:after="0" w:line="230" w:lineRule="auto"/>
        <w:ind w:left="180"/>
        <w:rPr>
          <w:lang w:val="ru-RU"/>
        </w:rPr>
      </w:pPr>
      <w:r w:rsidRPr="00D87892">
        <w:rPr>
          <w:rFonts w:ascii="Times New Roman" w:eastAsia="Times New Roman" w:hAnsi="Times New Roman"/>
          <w:i/>
          <w:color w:val="000000"/>
          <w:sz w:val="24"/>
          <w:lang w:val="ru-RU"/>
        </w:rPr>
        <w:t>3)  Самооценка:</w:t>
      </w:r>
    </w:p>
    <w:p w:rsidR="00293AB4" w:rsidRPr="00D87892" w:rsidRDefault="00F84F7D">
      <w:pPr>
        <w:autoSpaceDE w:val="0"/>
        <w:autoSpaceDN w:val="0"/>
        <w:spacing w:before="178" w:after="0" w:line="271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предвидеть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 </w:t>
      </w:r>
    </w:p>
    <w:p w:rsidR="00293AB4" w:rsidRPr="00D87892" w:rsidRDefault="00F84F7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оценивать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рациональность своих действий, давать им качественную характеристику.</w:t>
      </w:r>
    </w:p>
    <w:p w:rsidR="00293AB4" w:rsidRPr="00D87892" w:rsidRDefault="00F84F7D">
      <w:pPr>
        <w:autoSpaceDE w:val="0"/>
        <w:autoSpaceDN w:val="0"/>
        <w:spacing w:before="180" w:after="0" w:line="230" w:lineRule="auto"/>
        <w:ind w:left="180"/>
        <w:rPr>
          <w:lang w:val="ru-RU"/>
        </w:rPr>
      </w:pP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:rsidR="00293AB4" w:rsidRPr="00D87892" w:rsidRDefault="00F84F7D">
      <w:pPr>
        <w:autoSpaceDE w:val="0"/>
        <w:autoSpaceDN w:val="0"/>
        <w:spacing w:before="180" w:after="0" w:line="271" w:lineRule="auto"/>
        <w:ind w:left="420" w:right="576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участвовать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</w:t>
      </w:r>
      <w:proofErr w:type="spell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контрпримеров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); 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согласовывать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 мнения в ходе поиска доказательств, выбора рационального способа, анализа информации;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осуществлять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293AB4" w:rsidRPr="00D87892" w:rsidRDefault="00F84F7D">
      <w:pPr>
        <w:autoSpaceDE w:val="0"/>
        <w:autoSpaceDN w:val="0"/>
        <w:spacing w:before="322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:rsidR="00293AB4" w:rsidRPr="00D87892" w:rsidRDefault="00F84F7D">
      <w:pPr>
        <w:autoSpaceDE w:val="0"/>
        <w:autoSpaceDN w:val="0"/>
        <w:spacing w:before="166" w:after="0" w:line="230" w:lineRule="auto"/>
        <w:ind w:left="180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К концу обучения в 1 классе обучающийся научится:</w:t>
      </w:r>
    </w:p>
    <w:p w:rsidR="00293AB4" w:rsidRPr="00D87892" w:rsidRDefault="00F84F7D">
      <w:pPr>
        <w:autoSpaceDE w:val="0"/>
        <w:autoSpaceDN w:val="0"/>
        <w:spacing w:before="178" w:after="0" w:line="230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читать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, записывать, сравнивать,  упорядочивать  числа  от  0 до 20; </w:t>
      </w:r>
    </w:p>
    <w:p w:rsidR="00293AB4" w:rsidRPr="00D87892" w:rsidRDefault="00F84F7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пересчитывать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различные объекты, устанавливать порядковый номер объекта; </w:t>
      </w:r>
    </w:p>
    <w:p w:rsidR="00293AB4" w:rsidRPr="00D87892" w:rsidRDefault="00F84F7D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находить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числа, большие/меньшие данного числа на заданное число; </w:t>
      </w:r>
    </w:p>
    <w:p w:rsidR="00293AB4" w:rsidRPr="00D87892" w:rsidRDefault="00F84F7D">
      <w:pPr>
        <w:autoSpaceDE w:val="0"/>
        <w:autoSpaceDN w:val="0"/>
        <w:spacing w:before="190" w:after="0" w:line="271" w:lineRule="auto"/>
        <w:ind w:left="420" w:right="288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выполнять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арифметические действия сложения и вычитания в пределах 20 (устно и письменно) без перехода через десяток; называть и различать компоненты действий сложения (слагаемые, сумма) и вычитания (уменьшаемое, вычитаемое, разность); 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420" w:right="432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решать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текстовые задачи в одно действие на сложение и вычитание: выделять условие и требование (вопрос); </w:t>
      </w:r>
    </w:p>
    <w:p w:rsidR="00293AB4" w:rsidRPr="00D87892" w:rsidRDefault="00F84F7D">
      <w:pPr>
        <w:autoSpaceDE w:val="0"/>
        <w:autoSpaceDN w:val="0"/>
        <w:spacing w:before="192" w:after="0" w:line="262" w:lineRule="auto"/>
        <w:ind w:left="420" w:right="7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сравнивать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объекты по длине, устанавливая между ними соотношение длиннее/короче (выше/ниже, шире/уже); 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знать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и использовать единицу длины — сантиметр; измерять длину отрезка, чертить отрезок заданной длины (в см); 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различать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число и цифру; распознавать геометрические фигуры: круг, треугольник, прямоугольник (квадрат), отрезок; 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устанавливать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между объектами соотношения: слева/справа, дальше/ближе, между, перед/за, над/под; 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420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распознавать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верные (истинные) и неверные (ложные) утверждения относительно заданного набора объектов/предметов; 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ind w:left="420" w:right="144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группировать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объекты по заданному признаку; находить и называть закономерности в ряду объектов повседневной жизни; </w:t>
      </w:r>
    </w:p>
    <w:p w:rsidR="00293AB4" w:rsidRPr="00D87892" w:rsidRDefault="00293AB4">
      <w:pPr>
        <w:rPr>
          <w:lang w:val="ru-RU"/>
        </w:rPr>
        <w:sectPr w:rsidR="00293AB4" w:rsidRPr="00D87892">
          <w:pgSz w:w="11900" w:h="16840"/>
          <w:pgMar w:top="364" w:right="790" w:bottom="422" w:left="666" w:header="720" w:footer="720" w:gutter="0"/>
          <w:cols w:space="720" w:equalWidth="0">
            <w:col w:w="10444" w:space="0"/>
          </w:cols>
          <w:docGrid w:linePitch="360"/>
        </w:sectPr>
      </w:pPr>
    </w:p>
    <w:p w:rsidR="00293AB4" w:rsidRPr="00D87892" w:rsidRDefault="00293AB4">
      <w:pPr>
        <w:autoSpaceDE w:val="0"/>
        <w:autoSpaceDN w:val="0"/>
        <w:spacing w:after="108" w:line="220" w:lineRule="exact"/>
        <w:rPr>
          <w:lang w:val="ru-RU"/>
        </w:rPr>
      </w:pPr>
    </w:p>
    <w:p w:rsidR="00293AB4" w:rsidRPr="00D87892" w:rsidRDefault="00F84F7D">
      <w:pPr>
        <w:autoSpaceDE w:val="0"/>
        <w:autoSpaceDN w:val="0"/>
        <w:spacing w:after="0" w:line="262" w:lineRule="auto"/>
        <w:ind w:right="144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различать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строки и столбцы таблицы, вносить данное в таблицу, извлекать данное/данные из таблицы; </w:t>
      </w:r>
    </w:p>
    <w:p w:rsidR="00293AB4" w:rsidRPr="00D87892" w:rsidRDefault="00F84F7D">
      <w:pPr>
        <w:autoSpaceDE w:val="0"/>
        <w:autoSpaceDN w:val="0"/>
        <w:spacing w:before="190" w:after="0" w:line="262" w:lineRule="auto"/>
        <w:rPr>
          <w:lang w:val="ru-RU"/>
        </w:rPr>
      </w:pPr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—  сравнивать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два объекта (числа, геометрические фигуры); распределять объекты на две группы по заданному основанию.</w:t>
      </w:r>
    </w:p>
    <w:p w:rsidR="00293AB4" w:rsidRPr="00D87892" w:rsidRDefault="00293AB4">
      <w:pPr>
        <w:rPr>
          <w:lang w:val="ru-RU"/>
        </w:rPr>
        <w:sectPr w:rsidR="00293AB4" w:rsidRPr="00D87892">
          <w:pgSz w:w="11900" w:h="16840"/>
          <w:pgMar w:top="328" w:right="730" w:bottom="1440" w:left="1086" w:header="720" w:footer="720" w:gutter="0"/>
          <w:cols w:space="720" w:equalWidth="0">
            <w:col w:w="10084" w:space="0"/>
          </w:cols>
          <w:docGrid w:linePitch="360"/>
        </w:sectPr>
      </w:pPr>
    </w:p>
    <w:p w:rsidR="00293AB4" w:rsidRPr="00D87892" w:rsidRDefault="00293AB4">
      <w:pPr>
        <w:autoSpaceDE w:val="0"/>
        <w:autoSpaceDN w:val="0"/>
        <w:spacing w:after="64" w:line="220" w:lineRule="exact"/>
        <w:rPr>
          <w:lang w:val="ru-RU"/>
        </w:rPr>
      </w:pPr>
    </w:p>
    <w:p w:rsidR="00293AB4" w:rsidRDefault="00F84F7D">
      <w:pPr>
        <w:autoSpaceDE w:val="0"/>
        <w:autoSpaceDN w:val="0"/>
        <w:spacing w:after="666" w:line="233" w:lineRule="auto"/>
      </w:pPr>
      <w:r>
        <w:rPr>
          <w:rFonts w:ascii="Times New Roman" w:eastAsia="Times New Roman" w:hAnsi="Times New Roman"/>
          <w:b/>
          <w:color w:val="000000"/>
          <w:w w:val="101"/>
          <w:sz w:val="19"/>
        </w:rPr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398"/>
        <w:gridCol w:w="528"/>
        <w:gridCol w:w="1106"/>
        <w:gridCol w:w="1140"/>
        <w:gridCol w:w="864"/>
        <w:gridCol w:w="4754"/>
        <w:gridCol w:w="1082"/>
        <w:gridCol w:w="2234"/>
      </w:tblGrid>
      <w:tr w:rsidR="00293AB4">
        <w:trPr>
          <w:trHeight w:hRule="exact" w:val="348"/>
        </w:trPr>
        <w:tc>
          <w:tcPr>
            <w:tcW w:w="3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п/п</w:t>
            </w:r>
          </w:p>
        </w:tc>
        <w:tc>
          <w:tcPr>
            <w:tcW w:w="3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Количество</w:t>
            </w:r>
            <w:proofErr w:type="spellEnd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часов</w:t>
            </w:r>
            <w:proofErr w:type="spellEnd"/>
          </w:p>
        </w:tc>
        <w:tc>
          <w:tcPr>
            <w:tcW w:w="8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изучения</w:t>
            </w:r>
          </w:p>
        </w:tc>
        <w:tc>
          <w:tcPr>
            <w:tcW w:w="47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Виды деятельности</w:t>
            </w:r>
          </w:p>
        </w:tc>
        <w:tc>
          <w:tcPr>
            <w:tcW w:w="1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7" w:lineRule="auto"/>
              <w:ind w:left="74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контроля</w:t>
            </w:r>
          </w:p>
        </w:tc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Электронные (цифровые) образовательные ресурсы</w:t>
            </w:r>
          </w:p>
        </w:tc>
      </w:tr>
      <w:tr w:rsidR="00293AB4">
        <w:trPr>
          <w:trHeight w:hRule="exact" w:val="540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AB4" w:rsidRDefault="00293AB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AB4" w:rsidRDefault="00293AB4"/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всего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контрольные работы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практические работы</w:t>
            </w: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AB4" w:rsidRDefault="00293AB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AB4" w:rsidRDefault="00293AB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AB4" w:rsidRDefault="00293AB4"/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AB4" w:rsidRDefault="00293AB4"/>
        </w:tc>
      </w:tr>
      <w:tr w:rsidR="00293AB4">
        <w:trPr>
          <w:trHeight w:hRule="exact" w:val="35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8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1.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Числа</w:t>
            </w:r>
          </w:p>
        </w:tc>
      </w:tr>
      <w:tr w:rsidR="00293AB4" w:rsidRPr="0079773F">
        <w:trPr>
          <w:trHeight w:hRule="exact" w:val="207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64" w:after="0" w:line="233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Числа от 1 до 9: различение, чтение, запись.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01.09.2022 15.09.2022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Игровые упражнения по различению количества предметов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(зрительно, на слух, установлением соответствия), числа и цифры, представлению чисел словесно и письменно;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Словесное описание группы предметов, ряда чисел;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и запись по образцу и самостоятельно групп чисел,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геометрических фигур в заданном и самостоятельно установленном порядке;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Цифры; знаки сравнения, равенства, арифметических действий; Устная работа: счёт единицами в разном порядке, чтение,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упорядочение однозначных и двузначных чисел; счёт по 2, по 5;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2" w:lineRule="auto"/>
              <w:ind w:left="7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nsportal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uchportal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load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/46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urok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293AB4">
        <w:trPr>
          <w:trHeight w:hRule="exact" w:val="303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Единица счёта. Десяток.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19.09.2022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4" w:lineRule="auto"/>
              <w:ind w:left="72"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Игровые упражнения по различению количества предметов (зрительно;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слух;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установлением соответствия);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числа и цифры;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представлению чисел словесно и письменно; Работа в парах/ группах. Формулирование ответов на; </w:t>
            </w:r>
            <w:r w:rsidRPr="00D87892">
              <w:rPr>
                <w:lang w:val="ru-RU"/>
              </w:rPr>
              <w:br/>
            </w:r>
            <w:proofErr w:type="spellStart"/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вопросы:«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Сколько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«Который по счёту?»;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«На сколько больше?»;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«На сколько меньше?»;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«Что получится;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если увеличить/уменьшить количество на 1;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2?» — по образцу и самостоятельно;;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https://urok.1sept.ru/</w:t>
            </w:r>
          </w:p>
        </w:tc>
      </w:tr>
      <w:tr w:rsidR="00293AB4">
        <w:trPr>
          <w:trHeight w:hRule="exact" w:val="30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30" w:lineRule="auto"/>
              <w:jc w:val="center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Счёт предметов, запись результата цифрами.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20.09.2022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4" w:lineRule="auto"/>
              <w:ind w:left="72"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Игровые упражнения по различению количества предметов (зрительно;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слух;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установлением соответствия);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числа и цифры;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представлению чисел словесно и письменно; Работа в парах/ группах. Формулирование ответов на; </w:t>
            </w:r>
            <w:r w:rsidRPr="00D87892">
              <w:rPr>
                <w:lang w:val="ru-RU"/>
              </w:rPr>
              <w:br/>
            </w:r>
            <w:proofErr w:type="spellStart"/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вопросы:«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Сколько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«Который по счёту?»;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«На сколько больше?»;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«На сколько меньше?»;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«Что получится;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если увеличить/уменьшить количество на 1;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2?» — по образцу и самостоятельно;;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 w:rsidP="00D87892">
            <w:pPr>
              <w:autoSpaceDE w:val="0"/>
              <w:autoSpaceDN w:val="0"/>
              <w:spacing w:before="78" w:after="0" w:line="250" w:lineRule="auto"/>
              <w:ind w:left="74"/>
              <w:rPr>
                <w:rFonts w:ascii="Times New Roman" w:eastAsia="Times New Roman" w:hAnsi="Times New Roman"/>
                <w:color w:val="000000"/>
                <w:w w:val="97"/>
                <w:sz w:val="16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https://urok.1sept.ru/</w:t>
            </w:r>
          </w:p>
        </w:tc>
      </w:tr>
    </w:tbl>
    <w:p w:rsidR="00293AB4" w:rsidRDefault="00293AB4">
      <w:pPr>
        <w:autoSpaceDE w:val="0"/>
        <w:autoSpaceDN w:val="0"/>
        <w:spacing w:after="0" w:line="14" w:lineRule="exact"/>
      </w:pPr>
    </w:p>
    <w:p w:rsidR="00293AB4" w:rsidRDefault="00293AB4">
      <w:pPr>
        <w:sectPr w:rsidR="00293AB4">
          <w:pgSz w:w="16840" w:h="11900"/>
          <w:pgMar w:top="282" w:right="640" w:bottom="52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93AB4" w:rsidRDefault="00293AB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398"/>
        <w:gridCol w:w="528"/>
        <w:gridCol w:w="1106"/>
        <w:gridCol w:w="1140"/>
        <w:gridCol w:w="864"/>
        <w:gridCol w:w="4754"/>
        <w:gridCol w:w="1082"/>
        <w:gridCol w:w="2234"/>
      </w:tblGrid>
      <w:tr w:rsidR="00293AB4">
        <w:trPr>
          <w:trHeight w:hRule="exact" w:val="303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66" w:after="0" w:line="245" w:lineRule="auto"/>
              <w:ind w:left="72" w:right="28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Порядковый номер объекта при заданном порядке счёта.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21.09.2022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4" w:lineRule="auto"/>
              <w:ind w:left="72"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Игровые упражнения по различению количества предметов (зрительно;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слух;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установлением соответствия);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числа и цифры;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представлению чисел словесно и письменно; Работа в парах/ группах. Формулирование ответов на; </w:t>
            </w:r>
            <w:r w:rsidRPr="00D87892">
              <w:rPr>
                <w:lang w:val="ru-RU"/>
              </w:rPr>
              <w:br/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вопросы</w:t>
            </w:r>
            <w:r w:rsid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«Сколько?»;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«Который по счёту?»;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«На сколько больше?»;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«На сколько меньше?»;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«Что получится;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если увеличить/уменьшить количество на 1;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2?» — по образцу и самостоятельно;;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https://infourok.ru/ </w:t>
            </w:r>
          </w:p>
        </w:tc>
      </w:tr>
      <w:tr w:rsidR="00293AB4" w:rsidRPr="0079773F">
        <w:trPr>
          <w:trHeight w:hRule="exact" w:val="305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64" w:after="0" w:line="245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Сравнение чисел, сравнение групп предметов по количеству: больше, меньше, столько же.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22.09.2022 26.09.2022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4" w:lineRule="auto"/>
              <w:ind w:left="72"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Игровые упражнения по различению количества предметов (зрительно;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слух;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установлением соответствия);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числа и цифры;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представлению чисел словесно и письменно; Работа в парах/ группах. Формулирование ответов на; </w:t>
            </w:r>
            <w:r w:rsidRPr="00D87892">
              <w:rPr>
                <w:lang w:val="ru-RU"/>
              </w:rPr>
              <w:br/>
            </w:r>
            <w:proofErr w:type="spellStart"/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вопросы:«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Сколько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«Который по счёту?»;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«На сколько больше?»;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«На сколько меньше?»;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«Что получится;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если увеличить/уменьшить количество на 1;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2?» — по образцу и самостоятельно;;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2" w:lineRule="auto"/>
              <w:ind w:left="7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45" w:lineRule="auto"/>
              <w:ind w:left="72"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293AB4">
        <w:trPr>
          <w:trHeight w:hRule="exact" w:val="301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45" w:lineRule="auto"/>
              <w:ind w:left="72" w:right="86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Число и цифра 0 при измерении, вычислении.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27.09.2022 28.09.2022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4" w:lineRule="auto"/>
              <w:ind w:left="72"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Игровые упражнения по различению количества предметов (зрительно;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слух;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установлением соответствия);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числа и цифры;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представлению чисел словесно и письменно; Работа в парах/ группах. Формулирование ответов на; </w:t>
            </w:r>
            <w:r w:rsidRPr="00D87892">
              <w:rPr>
                <w:lang w:val="ru-RU"/>
              </w:rPr>
              <w:br/>
            </w:r>
            <w:proofErr w:type="spellStart"/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вопросы:«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Сколько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«Который по счёту?»;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«На сколько больше?»;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«На сколько меньше?»;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«Что получится;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если увеличить/уменьшить количество на 1;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2?» — по образцу и самостоятельно;;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https://infourok.ru/ </w:t>
            </w:r>
          </w:p>
        </w:tc>
      </w:tr>
    </w:tbl>
    <w:p w:rsidR="00293AB4" w:rsidRDefault="00293AB4">
      <w:pPr>
        <w:autoSpaceDE w:val="0"/>
        <w:autoSpaceDN w:val="0"/>
        <w:spacing w:after="0" w:line="14" w:lineRule="exact"/>
      </w:pPr>
    </w:p>
    <w:p w:rsidR="00293AB4" w:rsidRDefault="00293AB4">
      <w:pPr>
        <w:sectPr w:rsidR="00293AB4">
          <w:pgSz w:w="16840" w:h="11900"/>
          <w:pgMar w:top="284" w:right="640" w:bottom="109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93AB4" w:rsidRDefault="00293AB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398"/>
        <w:gridCol w:w="528"/>
        <w:gridCol w:w="1106"/>
        <w:gridCol w:w="1140"/>
        <w:gridCol w:w="864"/>
        <w:gridCol w:w="4754"/>
        <w:gridCol w:w="1082"/>
        <w:gridCol w:w="2234"/>
      </w:tblGrid>
      <w:tr w:rsidR="00293AB4">
        <w:trPr>
          <w:trHeight w:hRule="exact" w:val="269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45" w:lineRule="auto"/>
              <w:ind w:left="72"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Числа в пределах 20: чтение, запись, сравнение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D87892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29.09.2022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парах/ группах. Формулирование ответов на вопросы:</w:t>
            </w:r>
            <w:r w:rsid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«Сколько?», «Который по счёту?», «На сколько больше?», «На сколько меньше?», «Что получится, если увеличить/уменьшить количество на 1, на 2?» — по образцу и самостоятельно;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Словесное описание группы предметов, ряда чисел;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 и запись по образцу и самостоятельно групп чисел,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геометрических фигур в заданном и самостоятельно установленном порядке;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Обсуждение: назначение знаков в математике, обобщение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представлений;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Цифры; знаки сравнения, равенства, арифметических действий; Устная работа: счёт единицами в разном порядке, чтение,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упорядочение однозначных и двузначных чисел; счёт по 2, по 5;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https://infourok.ru/ </w:t>
            </w:r>
          </w:p>
        </w:tc>
      </w:tr>
      <w:tr w:rsidR="00293AB4">
        <w:trPr>
          <w:trHeight w:hRule="exact" w:val="15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Однозначные и двузначные числа.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D8789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03.10.2022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4" w:lineRule="auto"/>
              <w:ind w:left="72" w:right="720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Устная работа: счёт единицами в разном порядке;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упорядочение однозначных и двузначных чисел; счёт по 2; по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5;;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таблицей чисел: наблюдение;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установление закономерностей в расположении чисел;; 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https://infourok.ru/ </w:t>
            </w:r>
          </w:p>
        </w:tc>
      </w:tr>
      <w:tr w:rsidR="00293AB4" w:rsidRPr="0079773F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1.9.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45" w:lineRule="auto"/>
              <w:ind w:left="72" w:right="720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Увеличение (уменьшение) числа на несколько единиц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D87892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04.10.2022 05.10.2022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4" w:lineRule="auto"/>
              <w:ind w:left="72" w:right="28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парах/ группах. Формулирование ответов на </w:t>
            </w:r>
            <w:proofErr w:type="spellStart"/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вопросы:«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Сколько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?», «Который по счёту?», «На сколько больше?», «На сколько меньше?», «Что получится, если увеличить/уменьшить количество на 1, на 2?» — по образцу и самостоятельно;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Обсуждение: назначение знаков в математике, обобщение представлений;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Цифры; знаки сравнения, равенства, арифметических действий; Устная работа: счёт единицами в разном порядке, чтение,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упорядочение однозначных и двузначных чисел; счёт по 2, по 5;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2" w:lineRule="auto"/>
              <w:ind w:left="7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293AB4">
        <w:trPr>
          <w:trHeight w:hRule="exact" w:val="348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D87892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25</w:t>
            </w:r>
          </w:p>
        </w:tc>
        <w:tc>
          <w:tcPr>
            <w:tcW w:w="111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293AB4"/>
        </w:tc>
      </w:tr>
      <w:tr w:rsidR="00293AB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2.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Величины</w:t>
            </w:r>
          </w:p>
        </w:tc>
      </w:tr>
      <w:tr w:rsidR="00293AB4">
        <w:trPr>
          <w:trHeight w:hRule="exact" w:val="111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Длина и её измерение с помощью заданной мерки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9672F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06.10.2022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2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приборами для измерения величин;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Линейка как простейший инструмент измерения длины;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действия измерительных приборов;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Понимание назначения и необходимости использования величин в жизни;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https://infourok.ru/ </w:t>
            </w:r>
          </w:p>
        </w:tc>
      </w:tr>
      <w:tr w:rsidR="00293AB4">
        <w:trPr>
          <w:trHeight w:hRule="exact" w:val="9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66" w:after="0" w:line="247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Сравнение без измерения: выше — ниже, шире — уже, длиннее — короче, старше —моложе, тяжелее — легче.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17.10.2022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Понимание назначения и необходимости использования величин в жизни;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Коллективная работа по различению и сравнению величин;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https://infourok.ru/ </w:t>
            </w:r>
          </w:p>
        </w:tc>
      </w:tr>
      <w:tr w:rsidR="00293AB4" w:rsidRPr="0079773F">
        <w:trPr>
          <w:trHeight w:hRule="exact" w:val="1308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2.3.</w:t>
            </w:r>
          </w:p>
        </w:tc>
        <w:tc>
          <w:tcPr>
            <w:tcW w:w="339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4" w:after="0" w:line="245" w:lineRule="auto"/>
              <w:ind w:right="432"/>
              <w:jc w:val="center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Единицы длины: сантиметр, дециметр; установление соотношения между ними.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9672F9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4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18.10.2022 25.10.2022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4" w:after="0" w:line="250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Понимание назначения и необходимости использования величин в жизни;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линейки для измерения длины отрезка;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Коллективная работа по различению и сравнению величин;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4" w:after="0" w:line="252" w:lineRule="auto"/>
              <w:ind w:left="7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4" w:after="0" w:line="25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nsportal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uchportal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load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/46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urok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293AB4">
        <w:trPr>
          <w:trHeight w:hRule="exact" w:val="328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9672F9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9</w:t>
            </w:r>
          </w:p>
        </w:tc>
        <w:tc>
          <w:tcPr>
            <w:tcW w:w="111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293AB4"/>
        </w:tc>
      </w:tr>
    </w:tbl>
    <w:p w:rsidR="00293AB4" w:rsidRDefault="00293AB4">
      <w:pPr>
        <w:autoSpaceDE w:val="0"/>
        <w:autoSpaceDN w:val="0"/>
        <w:spacing w:after="0" w:line="14" w:lineRule="exact"/>
      </w:pPr>
    </w:p>
    <w:p w:rsidR="00293AB4" w:rsidRDefault="00293AB4">
      <w:pPr>
        <w:sectPr w:rsidR="00293AB4">
          <w:pgSz w:w="16840" w:h="11900"/>
          <w:pgMar w:top="284" w:right="640" w:bottom="42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93AB4" w:rsidRDefault="00293AB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398"/>
        <w:gridCol w:w="528"/>
        <w:gridCol w:w="1106"/>
        <w:gridCol w:w="1140"/>
        <w:gridCol w:w="864"/>
        <w:gridCol w:w="4754"/>
        <w:gridCol w:w="1082"/>
        <w:gridCol w:w="2234"/>
      </w:tblGrid>
      <w:tr w:rsidR="00293AB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3.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Арифметические действия</w:t>
            </w:r>
          </w:p>
        </w:tc>
      </w:tr>
      <w:tr w:rsidR="00293AB4" w:rsidRPr="0079773F">
        <w:trPr>
          <w:trHeight w:hRule="exact" w:val="43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Сложение и вычитание чисел в пределах 20.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227F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  <w:r w:rsidR="00F84F7D"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26.10.2022 30.11.2022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«Сравнение практических (житейских) ситуаций, требующих записи одного и того же арифметического действия, разных арифметических действий»;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 с числовым выражением: запись, чтение, приведение примера (с помощью учителя или по образцу),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иллюстрирующего смысл арифметического действия;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приёмов сложения, вычитания: нахождение значения суммы и разности на основе состава числа, с использованием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числовой ленты, по частям и др.;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разных способов подсчёта суммы и разности,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переместительного свойства при нахождении суммы; Работа в парах/группах: проверка правильности вычисления с использованием раздаточного материала, линейки, модели действия, по образцу; обнаружение общего и различного в записи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арифметических действий, одного и того же действия с разными числами;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Дидактические игры и упражнения, связанные с выбором,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составлением сумм, разностей с заданным результатом действия; сравнением значений числовых выражений (без вычислений), по результату действия;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 частям и др.;;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2" w:lineRule="auto"/>
              <w:ind w:left="7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nsportal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uchportal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load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/46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urok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293AB4">
        <w:trPr>
          <w:trHeight w:hRule="exact" w:val="396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Названия компонентов действий,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результатов действий сложения, вычитания.</w:t>
            </w:r>
          </w:p>
          <w:p w:rsidR="00293AB4" w:rsidRPr="00D87892" w:rsidRDefault="00F84F7D">
            <w:pPr>
              <w:autoSpaceDE w:val="0"/>
              <w:autoSpaceDN w:val="0"/>
              <w:spacing w:before="20" w:after="0" w:line="250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Знаки сложения и вычитания, названия компонентов действия. Таблица сложения. Переместительное свойство сложения.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227F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7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01.12.2022 08.12.2022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 с числовым выражением: запись;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чтение;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приведение примера (с помощью учителя или по образцу);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иллюстрирующего смысл арифметического действия; 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приёмов сложения;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вычитания: нахождение значения суммы и разности на основе состава числа;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 использованием числовой ленты;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 частям и др.; 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разных способов подсчёта суммы и разности;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переместительного свойства при нахождении суммы; Пропедевтика исследовательской работы: перестановка слагаемых при сложении (обсуждение практических и учебных ситуаций); Моделирование. Иллюстрация с помощью предметной модели переместительного свойства сложения;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способа нахождения неизвестного слагаемого. Под руководством педагога выполнение счёта с использованием заданной единицы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счёта;;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https://nsportal.ru/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https://www.uchportal.ru/load/46 https://urok.1sept.ru/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https://infourok.ru/ </w:t>
            </w:r>
          </w:p>
        </w:tc>
      </w:tr>
      <w:tr w:rsidR="00293AB4">
        <w:trPr>
          <w:trHeight w:hRule="exact" w:val="1096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4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3.3.</w:t>
            </w:r>
          </w:p>
        </w:tc>
        <w:tc>
          <w:tcPr>
            <w:tcW w:w="339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4" w:after="0" w:line="245" w:lineRule="auto"/>
              <w:ind w:left="72" w:right="720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Вычитание как действие, обратное сложению.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4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4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12.12.2022 14.12.2022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4" w:after="0" w:line="250" w:lineRule="auto"/>
              <w:ind w:left="72" w:right="720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работа с числовым выражением: запись; чтение;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приведение примера (с помощью учителя или по образцу); иллюстрирующего смысл арифметического действия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;</w:t>
            </w:r>
            <w:proofErr w:type="gramEnd"/>
          </w:p>
        </w:tc>
        <w:tc>
          <w:tcPr>
            <w:tcW w:w="10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4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4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https://nsportal.ru/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https://www.uchportal.ru/load/46 https://urok.1sept.ru/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https://infourok.ru/ </w:t>
            </w:r>
          </w:p>
        </w:tc>
      </w:tr>
    </w:tbl>
    <w:p w:rsidR="00293AB4" w:rsidRDefault="00293AB4">
      <w:pPr>
        <w:autoSpaceDE w:val="0"/>
        <w:autoSpaceDN w:val="0"/>
        <w:spacing w:after="0" w:line="14" w:lineRule="exact"/>
      </w:pPr>
    </w:p>
    <w:p w:rsidR="00293AB4" w:rsidRDefault="00293AB4">
      <w:pPr>
        <w:sectPr w:rsidR="00293AB4">
          <w:pgSz w:w="16840" w:h="11900"/>
          <w:pgMar w:top="284" w:right="640" w:bottom="754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93AB4" w:rsidRDefault="00293AB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398"/>
        <w:gridCol w:w="528"/>
        <w:gridCol w:w="1106"/>
        <w:gridCol w:w="1140"/>
        <w:gridCol w:w="864"/>
        <w:gridCol w:w="4754"/>
        <w:gridCol w:w="1082"/>
        <w:gridCol w:w="2234"/>
      </w:tblGrid>
      <w:tr w:rsidR="00293AB4">
        <w:trPr>
          <w:trHeight w:hRule="exact" w:val="438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Неизвестное слагаемое.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227F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15.12.2022 19.12.2022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7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приёмов сложения;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вычитания: нахождение значения суммы и разности на основе состава числа;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 использованием числовой ленты;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 частям и др.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разных способов подсчёта суммы и разности;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переместительного свойства при нахождении суммы; Пропедевтика исследовательской работы: перестановка слагаемых при сложении (обсуждение практических и учебных ситуаций); Моделирование. Иллюстрация с помощью предметной модели переместительного свойства сложения;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способа нахождения неизвестного слагаемого. Под руководством педагога выполнение счёта с использованием заданной единицы счёта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парах/группах: проверка правильности вычисления с использованием раздаточного материала;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линейки;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 действия;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 образцу; обнаружение общего и различного в записи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арифметических действий;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одного и того же действия с разными числами;;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http://www.nachalka.com/ https://infourok.ru/</w:t>
            </w:r>
          </w:p>
        </w:tc>
      </w:tr>
      <w:tr w:rsidR="00293AB4">
        <w:trPr>
          <w:trHeight w:hRule="exact" w:val="284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45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Сложение одинаковых слагаемых. Счёт по 2, </w:t>
            </w:r>
            <w:proofErr w:type="gramStart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  3</w:t>
            </w:r>
            <w:proofErr w:type="gramEnd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, по 5.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227F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20.12.2022 21.12.2022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парах/группах: проверка правильности вычисления с использованием раздаточного материала;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линейки;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 действия;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 образцу; обнаружение общего и различного в записи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арифметических действий;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одного и того же действия с разными числами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Дидактические игры и упражнения;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связанные с выбором;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составлением сумм;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разностей с заданным результатом действия; сравнением значений числовых выражений (без вычислений);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 результату действия;;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https://www.uchportal.ru/load/46</w:t>
            </w:r>
          </w:p>
        </w:tc>
      </w:tr>
      <w:tr w:rsidR="00293AB4">
        <w:trPr>
          <w:trHeight w:hRule="exact" w:val="29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Прибавление и вычитание нуля.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22.12.2022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парах/группах: проверка правильности вычисления с использованием раздаточного материала;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линейки;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 действия;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 образцу; обнаружение общего и различного в записи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арифметических действий;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одного и того же действия с разными числами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Дидактические игры и упражнения;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связанные с выбором;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составлением сумм;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разностей с заданным результатом действия; сравнением значений числовых выражений (без вычислений);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 результату действия;;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https://www.uchportal.ru/load/46</w:t>
            </w:r>
          </w:p>
        </w:tc>
      </w:tr>
    </w:tbl>
    <w:p w:rsidR="00293AB4" w:rsidRDefault="00293AB4">
      <w:pPr>
        <w:autoSpaceDE w:val="0"/>
        <w:autoSpaceDN w:val="0"/>
        <w:spacing w:after="0" w:line="14" w:lineRule="exact"/>
      </w:pPr>
    </w:p>
    <w:p w:rsidR="00293AB4" w:rsidRDefault="00293AB4">
      <w:pPr>
        <w:sectPr w:rsidR="00293AB4">
          <w:pgSz w:w="16840" w:h="11900"/>
          <w:pgMar w:top="284" w:right="640" w:bottom="58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93AB4" w:rsidRDefault="00293AB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398"/>
        <w:gridCol w:w="528"/>
        <w:gridCol w:w="1106"/>
        <w:gridCol w:w="1140"/>
        <w:gridCol w:w="864"/>
        <w:gridCol w:w="4754"/>
        <w:gridCol w:w="1082"/>
        <w:gridCol w:w="2234"/>
      </w:tblGrid>
      <w:tr w:rsidR="00293AB4" w:rsidRPr="0079773F">
        <w:trPr>
          <w:trHeight w:hRule="exact" w:val="284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45" w:lineRule="auto"/>
              <w:ind w:left="72" w:right="28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Сложение и вычитание чисел без перехода и </w:t>
            </w:r>
            <w:proofErr w:type="gramStart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с  переходом</w:t>
            </w:r>
            <w:proofErr w:type="gramEnd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через десяток.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227F05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26.12.2022 09.01.2023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парах/группах: проверка правильности вычисления с использованием раздаточного материала;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линейки;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 действия;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 образцу; обнаружение общего и различного в записи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арифметических действий;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одного и того же действия с разными числами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Дидактические игры и упражнения;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связанные с выбором;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составлением сумм;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разностей с заданным результатом действия; сравнением значений числовых выражений (без вычислений);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по результату действия;;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2" w:lineRule="auto"/>
              <w:ind w:left="7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nsportal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uchportal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load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/46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urok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293AB4" w:rsidRPr="0079773F">
        <w:trPr>
          <w:trHeight w:hRule="exact" w:val="284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3.8.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Вычисление суммы, разности трёх чисел.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10.01.2023 11.01.2023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Обсуждение приёмов сложения, вычитания: нахождение значения суммы и разности на основе состава числа, с использованием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числовой ленты, по частям и др.;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разных способов подсчёта суммы и разности,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переместительного свойства при нахождении суммы; Работа в парах/группах: проверка правильности вычисления с использованием раздаточного материала, линейки, модели действия, по образцу; обнаружение общего и различного в записи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арифметических действий, одного и того же действия с разными числами;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Дидактические игры и упражнения, связанные с выбором,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составлением сумм, разностей с заданным результатом действия; сравнением значений числовых выражений (без вычислений), по результату действия;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2" w:lineRule="auto"/>
              <w:ind w:left="7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33" w:lineRule="auto"/>
              <w:jc w:val="center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uchportal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load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/46</w:t>
            </w:r>
          </w:p>
        </w:tc>
      </w:tr>
      <w:tr w:rsidR="00293AB4">
        <w:trPr>
          <w:trHeight w:hRule="exact" w:val="348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227F0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59</w:t>
            </w:r>
          </w:p>
        </w:tc>
        <w:tc>
          <w:tcPr>
            <w:tcW w:w="111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293AB4"/>
        </w:tc>
      </w:tr>
      <w:tr w:rsidR="00293AB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4.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Текстовые задачи</w:t>
            </w:r>
          </w:p>
        </w:tc>
      </w:tr>
      <w:tr w:rsidR="00293AB4">
        <w:trPr>
          <w:trHeight w:hRule="exact" w:val="224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45" w:lineRule="auto"/>
              <w:ind w:left="72" w:right="28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Текстовая задача: структурные элементы, составление текстовой задачи </w:t>
            </w:r>
            <w:proofErr w:type="gramStart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  образцу</w:t>
            </w:r>
            <w:proofErr w:type="gramEnd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12.01.2023 16.01.2023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4" w:lineRule="auto"/>
              <w:ind w:left="72" w:right="100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Коллективное обсуждение: анализ реальной ситуации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представленной с помощью рисунка;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иллюстрации;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таблицы;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схемы (описание ситуации;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что известно;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что не известно; условие задачи;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 задачи);;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http://www.nachalka.com/ https://infourok.ru/</w:t>
            </w:r>
          </w:p>
        </w:tc>
      </w:tr>
    </w:tbl>
    <w:p w:rsidR="00293AB4" w:rsidRDefault="00293AB4">
      <w:pPr>
        <w:autoSpaceDE w:val="0"/>
        <w:autoSpaceDN w:val="0"/>
        <w:spacing w:after="0" w:line="14" w:lineRule="exact"/>
      </w:pPr>
    </w:p>
    <w:p w:rsidR="00293AB4" w:rsidRDefault="00293AB4">
      <w:pPr>
        <w:sectPr w:rsidR="00293AB4">
          <w:pgSz w:w="16840" w:h="11900"/>
          <w:pgMar w:top="284" w:right="640" w:bottom="133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93AB4" w:rsidRDefault="00293AB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398"/>
        <w:gridCol w:w="528"/>
        <w:gridCol w:w="1106"/>
        <w:gridCol w:w="1140"/>
        <w:gridCol w:w="864"/>
        <w:gridCol w:w="4754"/>
        <w:gridCol w:w="1082"/>
        <w:gridCol w:w="2234"/>
      </w:tblGrid>
      <w:tr w:rsidR="00293AB4">
        <w:trPr>
          <w:trHeight w:hRule="exact" w:val="227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Зависимость между данными и искомой величиной в текстовой задаче.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7E12C0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17.01.2023 18.01.2023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4" w:lineRule="auto"/>
              <w:ind w:left="72" w:right="100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Коллективное обсуждение: анализ реальной ситуации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представленной с помощью рисунка;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иллюстрации;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таблицы;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схемы (описание ситуации;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что известно;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что не известно; условие задачи;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 задачи);;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http://www.nachalka.com/ https://infourok.ru/</w:t>
            </w:r>
          </w:p>
        </w:tc>
      </w:tr>
      <w:tr w:rsidR="00293AB4">
        <w:trPr>
          <w:trHeight w:hRule="exact" w:val="362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Выбор и запись арифметического действия для получения ответа на вопрос.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B26404" w:rsidP="00B26404">
            <w:pPr>
              <w:autoSpaceDE w:val="0"/>
              <w:autoSpaceDN w:val="0"/>
              <w:spacing w:before="76" w:after="0" w:line="233" w:lineRule="auto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19.01.2023 25.01.2023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Коллективное обсуждение: анализ реальной ситуации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представленной с помощью рисунка;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иллюстрации;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текста;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таблицы;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схемы (описание ситуации;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что известно;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что не известно; условие задачи;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вопрос задачи); 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Обобщение представлений о текстовых задачах;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решаемых с помощью действий сложения и вычитания («на сколько больше/меньше»;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«сколько всего»;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«сколь-ко осталось»).;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Различение текста и текстовой задачи;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представленного в текстовой задаче;;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https://nsportal.ru/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https://www.uchportal.ru/load/46 https://urok.1sept.ru/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https://infourok.ru/ </w:t>
            </w:r>
          </w:p>
        </w:tc>
      </w:tr>
      <w:tr w:rsidR="00293AB4" w:rsidRPr="0079773F">
        <w:trPr>
          <w:trHeight w:hRule="exact" w:val="265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45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Текстовая сюжетная задача в одно действие: запись решения, ответа задачи.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855E4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26.01.2023 01.02.2023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Обобщение представлений о текстовых задачах, решаемых с помощью действий сложения и вычитания («на сколько больше/меньше», «сколько всего», «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сколь-ко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осталось»).</w:t>
            </w:r>
          </w:p>
          <w:p w:rsidR="00293AB4" w:rsidRPr="00D87892" w:rsidRDefault="00F84F7D">
            <w:pPr>
              <w:autoSpaceDE w:val="0"/>
              <w:autoSpaceDN w:val="0"/>
              <w:spacing w:before="18" w:after="0" w:line="252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Различение текста и текстовой задачи, представленного в текстовой задаче;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Соотнесение текста задачи и её модели;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Моделирование: описание словами и с помощью предметной модели сюжетной ситуации и </w:t>
            </w:r>
            <w:proofErr w:type="spell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математическогоотношения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</w:p>
          <w:p w:rsidR="00293AB4" w:rsidRPr="00D87892" w:rsidRDefault="00F84F7D">
            <w:pPr>
              <w:autoSpaceDE w:val="0"/>
              <w:autoSpaceDN w:val="0"/>
              <w:spacing w:before="20" w:after="0" w:line="252" w:lineRule="auto"/>
              <w:ind w:left="72" w:right="28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Иллюстрация практической ситуации с использованием счётного материала. Решение текстовой задачи с помощью раздаточного материала. Объяснение выбора арифметического действия для решения, иллюстрация хода решения, выполнения действия на модели;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2" w:lineRule="auto"/>
              <w:ind w:left="7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nsportal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uchportal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load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/46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urok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293AB4" w:rsidRPr="0079773F">
        <w:trPr>
          <w:trHeight w:hRule="exact" w:val="1382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4.5.</w:t>
            </w:r>
          </w:p>
        </w:tc>
        <w:tc>
          <w:tcPr>
            <w:tcW w:w="339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Обнаружение недостающего элемента задачи, дополнение текста задачи числовыми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данными (</w:t>
            </w:r>
            <w:proofErr w:type="gramStart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  иллюстрации</w:t>
            </w:r>
            <w:proofErr w:type="gramEnd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, смыслу задачи, её решению).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02.02.2023 08.02.2023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0" w:lineRule="auto"/>
              <w:ind w:left="72"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Обобщение представлений о текстовых задачах, решаемых с помощью действий сложения и вычитания («на сколько больше/меньше», «сколько всего», «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сколь-ко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осталось»).</w:t>
            </w:r>
          </w:p>
          <w:p w:rsidR="00293AB4" w:rsidRPr="00D87892" w:rsidRDefault="00F84F7D">
            <w:pPr>
              <w:autoSpaceDE w:val="0"/>
              <w:autoSpaceDN w:val="0"/>
              <w:spacing w:before="18" w:after="0" w:line="250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Различение текста и текстовой задачи, представленного в текстовой задаче;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Соотнесение текста задачи и её модели;</w:t>
            </w:r>
          </w:p>
        </w:tc>
        <w:tc>
          <w:tcPr>
            <w:tcW w:w="10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2" w:lineRule="auto"/>
              <w:ind w:left="7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Практическая работа;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2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nsportal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uchportal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load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/46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urok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.1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sept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 w:rsidRPr="00D87892">
              <w:rPr>
                <w:lang w:val="ru-RU"/>
              </w:rP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293AB4">
        <w:trPr>
          <w:trHeight w:hRule="exact" w:val="348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7E12C0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</w:t>
            </w:r>
          </w:p>
        </w:tc>
        <w:tc>
          <w:tcPr>
            <w:tcW w:w="111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293AB4"/>
        </w:tc>
      </w:tr>
      <w:tr w:rsidR="00293AB4" w:rsidRPr="0079773F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Раздел 5.</w:t>
            </w: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Пространственные отношения </w:t>
            </w:r>
            <w:proofErr w:type="gramStart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  геометрические</w:t>
            </w:r>
            <w:proofErr w:type="gramEnd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фигуры</w:t>
            </w:r>
          </w:p>
        </w:tc>
      </w:tr>
    </w:tbl>
    <w:p w:rsidR="00293AB4" w:rsidRPr="00D87892" w:rsidRDefault="00293AB4">
      <w:pPr>
        <w:autoSpaceDE w:val="0"/>
        <w:autoSpaceDN w:val="0"/>
        <w:spacing w:after="0" w:line="14" w:lineRule="exact"/>
        <w:rPr>
          <w:lang w:val="ru-RU"/>
        </w:rPr>
      </w:pPr>
    </w:p>
    <w:p w:rsidR="00293AB4" w:rsidRPr="00D87892" w:rsidRDefault="00293AB4">
      <w:pPr>
        <w:rPr>
          <w:lang w:val="ru-RU"/>
        </w:rPr>
        <w:sectPr w:rsidR="00293AB4" w:rsidRPr="00D87892">
          <w:pgSz w:w="16840" w:h="11900"/>
          <w:pgMar w:top="284" w:right="640" w:bottom="34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93AB4" w:rsidRPr="00D87892" w:rsidRDefault="00293AB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398"/>
        <w:gridCol w:w="528"/>
        <w:gridCol w:w="1106"/>
        <w:gridCol w:w="1140"/>
        <w:gridCol w:w="864"/>
        <w:gridCol w:w="4754"/>
        <w:gridCol w:w="1082"/>
        <w:gridCol w:w="2234"/>
      </w:tblGrid>
      <w:tr w:rsidR="00293AB4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Расположение предметов </w:t>
            </w:r>
            <w:proofErr w:type="gramStart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  объектов</w:t>
            </w:r>
            <w:proofErr w:type="gramEnd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на плоскости, в  пространстве: слева/справа, сверху/снизу, между; установление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пространственных отношений.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09.02.2023 13.02.2023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0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Распознавание и называние известных геометрических фигур, обнаружение в окружающем мире их моделей;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Игровые упражнения: «Угадай фигуру по описанию», «Расположи фигуры в заданном порядке», «Найди модели фигур в классе» и т.</w:t>
            </w:r>
          </w:p>
          <w:p w:rsidR="00293AB4" w:rsidRDefault="00F84F7D">
            <w:pPr>
              <w:autoSpaceDE w:val="0"/>
              <w:autoSpaceDN w:val="0"/>
              <w:spacing w:before="20" w:after="0" w:line="252" w:lineRule="auto"/>
              <w:ind w:left="72"/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п.;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 изображения (узора, геометрической фигуры), называние элементов узора, геометрической фигуры;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Ориентировка в пространстве и на плоскости (классной доски, листа бумаги, страницы учебника и т. д.).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Установление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направления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прокладывание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маршрута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http://www.nachalka.com/ https://infourok.ru/</w:t>
            </w:r>
          </w:p>
        </w:tc>
      </w:tr>
      <w:tr w:rsidR="00293AB4">
        <w:trPr>
          <w:trHeight w:hRule="exact" w:val="199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Распознавание объекта и его отражения.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14.02.2023 15.02.2023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0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Распознавание и называние известных геометрических фигур, обнаружение в окружающем мире их моделей;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Игровые упражнения: «Угадай фигуру по описанию», «Расположи фигуры в заданном порядке», «Найди модели фигур в классе» и т.</w:t>
            </w:r>
          </w:p>
          <w:p w:rsidR="00293AB4" w:rsidRPr="00D87892" w:rsidRDefault="00F84F7D">
            <w:pPr>
              <w:autoSpaceDE w:val="0"/>
              <w:autoSpaceDN w:val="0"/>
              <w:spacing w:before="18" w:after="0" w:line="252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п.;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деятельность: графические и измерительные действия в работе с карандашом и линейкой: копирование, рисование фигур по инструкции;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Составление пар: объект и его отражение;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http://www.nachalka.com/ https://infourok.ru/</w:t>
            </w:r>
          </w:p>
        </w:tc>
      </w:tr>
      <w:tr w:rsidR="00293AB4">
        <w:trPr>
          <w:trHeight w:hRule="exact" w:val="207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47" w:lineRule="auto"/>
              <w:ind w:left="72" w:right="43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Геометрические фигуры: распознавание круга, треугольника, прямоугольника, отрезка.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16.02.2023 01.03.2023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4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Распознавание и называние известных геометрических фигур, обнаружение в окружающем мире их моделей;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деятельность: графические и измерительные действия в работе с карандашом и линейкой: копирование, рисование фигур по инструкции;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 пар: объект и его отражение;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Практические работы: измерение длины отрезка, ломаной, длины стороны квадрата, сторон прямоугольника. Комментирование хода и результата работы; установление соответствия результата 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поставленного вопроса;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https://nsportal.ru/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https://www.uchportal.ru/load/46 https://urok.1sept.ru/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https://infourok.ru/ </w:t>
            </w:r>
          </w:p>
        </w:tc>
      </w:tr>
      <w:tr w:rsidR="00293AB4">
        <w:trPr>
          <w:trHeight w:hRule="exact" w:val="240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0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Построение отрезка, квадрата, треугольника с помощью линейки; измерение длины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отрезка в сантиметрах.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60374B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02.03.2023 09.03.2023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Практическая деятельность: графические и измерительные действия в работе с карандашом и линейкой: копирование;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рисование фигур по инструкции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Анализ изображения (узора;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геометрической фигуры);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называние элементов узора;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геометрической фигуры; 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Творческие задания: узоры и орнаменты. Составление инструкции изображения узора;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линии (по клеткам); Составление пар: объект и его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отражение;;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https://nsportal.ru/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https://www.uchportal.ru/load/46 https://urok.1sept.ru/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https://infourok.ru/ </w:t>
            </w:r>
          </w:p>
        </w:tc>
      </w:tr>
      <w:tr w:rsidR="00293AB4">
        <w:trPr>
          <w:trHeight w:hRule="exact" w:val="1290"/>
        </w:trPr>
        <w:tc>
          <w:tcPr>
            <w:tcW w:w="39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5.5.</w:t>
            </w:r>
          </w:p>
        </w:tc>
        <w:tc>
          <w:tcPr>
            <w:tcW w:w="339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45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Длина стороны прямоугольника, квадрата, треугольника.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13.03.2023 16.03.2023</w:t>
            </w:r>
          </w:p>
        </w:tc>
        <w:tc>
          <w:tcPr>
            <w:tcW w:w="475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2" w:lineRule="auto"/>
              <w:ind w:left="72" w:right="28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Практические работы: измерение длины отрезка;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ломаной;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длины стороны квадрата;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сторон прямоугольника. Комментирование хода и результата работы; установление соответствия результата и поставленного вопроса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;</w:t>
            </w:r>
            <w:proofErr w:type="gramEnd"/>
          </w:p>
        </w:tc>
        <w:tc>
          <w:tcPr>
            <w:tcW w:w="108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https://nsportal.ru/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https://www.uchportal.ru/load/46 https://urok.1sept.ru/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https://infourok.ru/ </w:t>
            </w:r>
          </w:p>
        </w:tc>
      </w:tr>
    </w:tbl>
    <w:p w:rsidR="00293AB4" w:rsidRDefault="00293AB4">
      <w:pPr>
        <w:autoSpaceDE w:val="0"/>
        <w:autoSpaceDN w:val="0"/>
        <w:spacing w:after="0" w:line="14" w:lineRule="exact"/>
      </w:pPr>
    </w:p>
    <w:p w:rsidR="00293AB4" w:rsidRDefault="00293AB4">
      <w:pPr>
        <w:sectPr w:rsidR="00293AB4">
          <w:pgSz w:w="16840" w:h="11900"/>
          <w:pgMar w:top="284" w:right="640" w:bottom="73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93AB4" w:rsidRDefault="00293AB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398"/>
        <w:gridCol w:w="528"/>
        <w:gridCol w:w="1106"/>
        <w:gridCol w:w="1140"/>
        <w:gridCol w:w="864"/>
        <w:gridCol w:w="4754"/>
        <w:gridCol w:w="1082"/>
        <w:gridCol w:w="2234"/>
      </w:tblGrid>
      <w:tr w:rsidR="00293AB4">
        <w:trPr>
          <w:trHeight w:hRule="exact" w:val="3038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5.6.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ind w:left="72" w:right="288"/>
            </w:pP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>Изображение прямоугольника, квадрата, треугольника.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20.03.2023 22.03.2023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4" w:lineRule="auto"/>
              <w:ind w:left="72" w:right="43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Ориентировка в пространстве и на плоскости (классной доски; листа бумаги;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страницы учебника и т. д.). Установление направления;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прокладывание маршрута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Учебный диалог: обсуждение свойств геометрических фигур (прямоугольника и др.); сравнение геометрических фигур (по форме;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размеру); сравнение отрезков по длине; 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Предметное моделирование заданной фигуры из различных материалов (бумаги;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палочек;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трубочек;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проволоки и пр.);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составление из других геометрических фигур;;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2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https://nsportal.ru/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https://www.uchportal.ru/load/46 https://urok.1sept.ru/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https://infourok.ru/ </w:t>
            </w:r>
          </w:p>
        </w:tc>
      </w:tr>
      <w:tr w:rsidR="00293AB4">
        <w:trPr>
          <w:trHeight w:hRule="exact" w:val="348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 по разделу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970315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20</w:t>
            </w:r>
          </w:p>
        </w:tc>
        <w:tc>
          <w:tcPr>
            <w:tcW w:w="111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293AB4"/>
        </w:tc>
      </w:tr>
      <w:tr w:rsidR="00293AB4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 6.</w:t>
            </w:r>
            <w:r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</w:rPr>
              <w:t xml:space="preserve"> Математическая информация</w:t>
            </w:r>
          </w:p>
        </w:tc>
      </w:tr>
      <w:tr w:rsidR="00293AB4">
        <w:trPr>
          <w:trHeight w:hRule="exact" w:val="169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6.1.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30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Сбор данных об объекте </w:t>
            </w:r>
            <w:proofErr w:type="gramStart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  образцу</w:t>
            </w:r>
            <w:proofErr w:type="gramEnd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.</w:t>
            </w:r>
          </w:p>
          <w:p w:rsidR="00293AB4" w:rsidRPr="00D87892" w:rsidRDefault="00F84F7D">
            <w:pPr>
              <w:autoSpaceDE w:val="0"/>
              <w:autoSpaceDN w:val="0"/>
              <w:spacing w:before="20" w:after="0" w:line="250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Характеристики объекта, группы объектов (количество, форма, размер); выбор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предметов по образцу (</w:t>
            </w:r>
            <w:proofErr w:type="gramStart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  заданным</w:t>
            </w:r>
            <w:proofErr w:type="gramEnd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признакам).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23.03.2023 27.03.2023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4" w:lineRule="auto"/>
              <w:ind w:left="72" w:right="28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Коллективное наблюдение: распознавание в окружающем мире ситуаций;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которые целесообразно сформулировать на языке математики и решить математическими средствами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Наблюдение за числами в окружающем мире;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описание словами наблюдаемых фактов;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закономерностей;;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https://infourok.ru/ </w:t>
            </w:r>
          </w:p>
        </w:tc>
      </w:tr>
      <w:tr w:rsidR="00293AB4">
        <w:trPr>
          <w:trHeight w:hRule="exact" w:val="1672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6.2.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45" w:lineRule="auto"/>
              <w:ind w:left="72"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Группировка объектов </w:t>
            </w:r>
            <w:proofErr w:type="gramStart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по  заданному</w:t>
            </w:r>
            <w:proofErr w:type="gramEnd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признаку.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28.03.2023 29.03.2023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наглядностью — рисунками; </w:t>
            </w:r>
            <w:r w:rsidRPr="00D87892">
              <w:rPr>
                <w:lang w:val="ru-RU"/>
              </w:rPr>
              <w:br/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содержащими 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математическую информацию. Формулирование вопросов и ответов по рисунку (иллюстрации;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модели). Упорядочение математических объектов с опорой на рисунок;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сюжетную ситуацию и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пр.;;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ind w:left="74"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https://infourok.ru/ </w:t>
            </w:r>
          </w:p>
        </w:tc>
      </w:tr>
    </w:tbl>
    <w:p w:rsidR="00293AB4" w:rsidRDefault="00293AB4">
      <w:pPr>
        <w:autoSpaceDE w:val="0"/>
        <w:autoSpaceDN w:val="0"/>
        <w:spacing w:after="0" w:line="14" w:lineRule="exact"/>
      </w:pPr>
    </w:p>
    <w:p w:rsidR="00293AB4" w:rsidRDefault="00293AB4">
      <w:pPr>
        <w:sectPr w:rsidR="00293AB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93AB4" w:rsidRDefault="00293AB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398"/>
        <w:gridCol w:w="528"/>
        <w:gridCol w:w="1106"/>
        <w:gridCol w:w="1140"/>
        <w:gridCol w:w="864"/>
        <w:gridCol w:w="4754"/>
        <w:gridCol w:w="1082"/>
        <w:gridCol w:w="2234"/>
      </w:tblGrid>
      <w:tr w:rsidR="00293AB4">
        <w:trPr>
          <w:trHeight w:hRule="exact" w:val="403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6.3.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45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Закономерность в ряду заданных объектов: </w:t>
            </w:r>
            <w:proofErr w:type="gramStart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её  обнаружение</w:t>
            </w:r>
            <w:proofErr w:type="gramEnd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, продолжение ряда.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30.03.2023 10.04.2023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4" w:lineRule="auto"/>
              <w:ind w:left="72" w:right="432"/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Ориентировка в книге;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 странице учебника;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использование изученных терминов для описания </w:t>
            </w:r>
            <w:r w:rsidRPr="00D87892">
              <w:rPr>
                <w:lang w:val="ru-RU"/>
              </w:rPr>
              <w:br/>
            </w:r>
            <w:proofErr w:type="spell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положениярисунка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числа;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задания и пр. на странице;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на листе бумаги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;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наглядностью — рисунками;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содержащими математическую информацию. Формулирование вопросов и ответов по рисунку (иллюстрации;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модели). Упорядочение математических объектов с опорой на рисунок;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сюжетную ситуацию и пр.; Дифференцированное задание: составление предложений;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характеризующих положение одного предмета относительно другого.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Моделирование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отношения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(«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больше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»;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меньше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»;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«равно»);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переместительное свойство сложения;;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 контроль;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https://infourok.ru/ </w:t>
            </w:r>
          </w:p>
        </w:tc>
      </w:tr>
      <w:tr w:rsidR="00293AB4">
        <w:trPr>
          <w:trHeight w:hRule="exact" w:val="924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6.4.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Верные (истинные) </w:t>
            </w:r>
            <w:proofErr w:type="gramStart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и  неверные</w:t>
            </w:r>
            <w:proofErr w:type="gramEnd"/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 xml:space="preserve"> (ложные) предложения, составленные относительно заданного набора математических объектов.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11.04.2023 12.04.2023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47" w:lineRule="auto"/>
              <w:ind w:left="72" w:right="86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Знакомство с логической конструкцией «Если …;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то …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».Верно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 или неверно: формулирование и проверка предложения; 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https://infourok.ru/ </w:t>
            </w:r>
          </w:p>
        </w:tc>
      </w:tr>
      <w:tr w:rsidR="00293AB4">
        <w:trPr>
          <w:trHeight w:hRule="exact" w:val="1886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6.5.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0" w:lineRule="auto"/>
              <w:ind w:left="72" w:right="28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Чтение таблицы (содержащей не более четырёх данных); извлечение данного из строки, столбца; внесение одного-двух данных в таблицу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855E4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13.04.2023 17.04.2023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в парах/группах: поиск общих свойств групп предметов (цвет;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форма;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величина;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количество;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назначение и др.). Таблица как способ представления информации; полученной из повседневной жизни (расписания;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чеки;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меню и т.д.)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; ;</w:t>
            </w:r>
            <w:proofErr w:type="gramEnd"/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https://infourok.ru/ </w:t>
            </w:r>
          </w:p>
        </w:tc>
      </w:tr>
      <w:tr w:rsidR="00293AB4">
        <w:trPr>
          <w:trHeight w:hRule="exact" w:val="231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6.6.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45" w:lineRule="auto"/>
              <w:ind w:right="288"/>
              <w:jc w:val="center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Чтение рисунка, схемы 1—2 числовыми данными (значениями данных величин).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855E4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3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18.05.2023 22.05.2023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54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Ориентировка в книге, на странице учебника, использование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изученных терминов для описания </w:t>
            </w:r>
            <w:proofErr w:type="spell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положениярисунка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числа, задания и пр. на странице, на листе бумаги;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Работа с наглядностью — рисунками, содержащими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математическую информацию. Формулирование вопросов и ответов по рисунку (иллюстрации, модели). Упорядочение математических объектов с опорой на рисунок, сюжетную ситуацию и пр.;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парах/группах: поиск общих свойств групп предметов (цвет, форма, величина, количество, назначение и др.). Таблица как способ представления информации, полученной из повседневной жизни (расписания, чеки, меню и т.д.);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50" w:lineRule="auto"/>
              <w:ind w:left="7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45" w:lineRule="auto"/>
              <w:ind w:left="72" w:right="43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http://www.nachalka.com/ https://infourok.ru/ </w:t>
            </w:r>
          </w:p>
        </w:tc>
      </w:tr>
    </w:tbl>
    <w:p w:rsidR="00293AB4" w:rsidRDefault="00293AB4">
      <w:pPr>
        <w:autoSpaceDE w:val="0"/>
        <w:autoSpaceDN w:val="0"/>
        <w:spacing w:after="0" w:line="14" w:lineRule="exact"/>
      </w:pPr>
    </w:p>
    <w:p w:rsidR="00293AB4" w:rsidRDefault="00293AB4">
      <w:pPr>
        <w:sectPr w:rsidR="00293AB4">
          <w:pgSz w:w="16840" w:h="11900"/>
          <w:pgMar w:top="284" w:right="640" w:bottom="107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93AB4" w:rsidRDefault="00293AB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396"/>
        <w:gridCol w:w="3398"/>
        <w:gridCol w:w="528"/>
        <w:gridCol w:w="1106"/>
        <w:gridCol w:w="1140"/>
        <w:gridCol w:w="864"/>
        <w:gridCol w:w="4754"/>
        <w:gridCol w:w="1082"/>
        <w:gridCol w:w="2234"/>
      </w:tblGrid>
      <w:tr w:rsidR="00293AB4" w:rsidRPr="0079773F">
        <w:trPr>
          <w:trHeight w:hRule="exact" w:val="2270"/>
        </w:trPr>
        <w:tc>
          <w:tcPr>
            <w:tcW w:w="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6.7.</w:t>
            </w:r>
          </w:p>
        </w:tc>
        <w:tc>
          <w:tcPr>
            <w:tcW w:w="3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47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b/>
                <w:color w:val="000000"/>
                <w:w w:val="97"/>
                <w:sz w:val="16"/>
                <w:lang w:val="ru-RU"/>
              </w:rPr>
              <w:t>Выполнение 1—3-шаговых инструкций, связанных с вычислениями, измерением длины, построением геометрических фигур.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855E44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4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0</w:t>
            </w:r>
          </w:p>
        </w:tc>
        <w:tc>
          <w:tcPr>
            <w:tcW w:w="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8" w:after="0" w:line="245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23.05.2023 25.05.2023</w:t>
            </w:r>
          </w:p>
        </w:tc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4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Ориентировка в книге, на странице учебника, использование изученных терминов для описания </w:t>
            </w:r>
            <w:proofErr w:type="spell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положениярисунка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, числа, задания и пр. на странице, на листе бумаги;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Дифференцированное задание: составление предложений,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характеризующих положение одного предмета относительно другого. Моделирование отношения («больше», «меньше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»,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«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равно»), переместительное свойство сложения;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Работа в парах/группах: поиск общих свойств групп предметов (цвет, форма, величина, количество, назначение и др.). Таблица как способ представления информации, полученной из повседневной жизни (расписания, чеки, меню и т.д.);</w:t>
            </w:r>
          </w:p>
        </w:tc>
        <w:tc>
          <w:tcPr>
            <w:tcW w:w="1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52" w:lineRule="auto"/>
              <w:ind w:left="7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Устный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опрос;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Письменный контроль;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Контрольная работа;</w:t>
            </w:r>
          </w:p>
        </w:tc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8" w:after="0" w:line="245" w:lineRule="auto"/>
              <w:ind w:left="72" w:right="43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www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nachalka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com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https</w:t>
            </w: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://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infourok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.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ru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 xml:space="preserve">/ </w:t>
            </w:r>
          </w:p>
        </w:tc>
      </w:tr>
      <w:tr w:rsidR="00293AB4">
        <w:trPr>
          <w:trHeight w:hRule="exact" w:val="348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Итого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по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разделу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: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855E44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19</w:t>
            </w:r>
          </w:p>
        </w:tc>
        <w:tc>
          <w:tcPr>
            <w:tcW w:w="111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293AB4"/>
        </w:tc>
      </w:tr>
      <w:tr w:rsidR="00293AB4">
        <w:trPr>
          <w:trHeight w:hRule="exact" w:val="516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Резервное время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14</w:t>
            </w:r>
          </w:p>
        </w:tc>
        <w:tc>
          <w:tcPr>
            <w:tcW w:w="111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293AB4"/>
        </w:tc>
      </w:tr>
      <w:tr w:rsidR="00293AB4">
        <w:trPr>
          <w:trHeight w:hRule="exact" w:val="328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76" w:after="0" w:line="233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w w:val="97"/>
                <w:sz w:val="16"/>
                <w:lang w:val="ru-RU"/>
              </w:rPr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EB2A8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165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76" w:after="0" w:line="233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w w:val="97"/>
                <w:sz w:val="16"/>
              </w:rPr>
              <w:t>11</w:t>
            </w:r>
          </w:p>
        </w:tc>
        <w:tc>
          <w:tcPr>
            <w:tcW w:w="89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293AB4"/>
        </w:tc>
      </w:tr>
    </w:tbl>
    <w:p w:rsidR="00293AB4" w:rsidRDefault="00293AB4">
      <w:pPr>
        <w:autoSpaceDE w:val="0"/>
        <w:autoSpaceDN w:val="0"/>
        <w:spacing w:after="0" w:line="14" w:lineRule="exact"/>
      </w:pPr>
    </w:p>
    <w:p w:rsidR="00293AB4" w:rsidRDefault="00293AB4">
      <w:pPr>
        <w:sectPr w:rsidR="00293AB4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293AB4" w:rsidRDefault="00293AB4">
      <w:pPr>
        <w:autoSpaceDE w:val="0"/>
        <w:autoSpaceDN w:val="0"/>
        <w:spacing w:after="78" w:line="220" w:lineRule="exact"/>
      </w:pPr>
    </w:p>
    <w:p w:rsidR="00293AB4" w:rsidRDefault="00F84F7D">
      <w:pPr>
        <w:autoSpaceDE w:val="0"/>
        <w:autoSpaceDN w:val="0"/>
        <w:spacing w:after="32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>ПОУРОЧНОЕ ПЛАНИРОВАНИЕ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293AB4">
        <w:trPr>
          <w:trHeight w:hRule="exact" w:val="492"/>
        </w:trPr>
        <w:tc>
          <w:tcPr>
            <w:tcW w:w="5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№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п/п</w:t>
            </w:r>
          </w:p>
        </w:tc>
        <w:tc>
          <w:tcPr>
            <w:tcW w:w="31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Тема урока</w:t>
            </w:r>
          </w:p>
        </w:tc>
        <w:tc>
          <w:tcPr>
            <w:tcW w:w="40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Дата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изучения</w:t>
            </w:r>
          </w:p>
        </w:tc>
        <w:tc>
          <w:tcPr>
            <w:tcW w:w="1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71" w:lineRule="auto"/>
              <w:ind w:left="72" w:right="43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Виды,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формы </w:t>
            </w:r>
            <w:r>
              <w:br/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контроля</w:t>
            </w:r>
          </w:p>
        </w:tc>
      </w:tr>
      <w:tr w:rsidR="00293AB4">
        <w:trPr>
          <w:trHeight w:hRule="exact" w:val="828"/>
        </w:trPr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AB4" w:rsidRDefault="00293AB4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AB4" w:rsidRDefault="00293AB4"/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 xml:space="preserve">всего 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контрольные работы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/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</w:rPr>
              <w:t>практические работы</w:t>
            </w:r>
          </w:p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AB4" w:rsidRDefault="00293AB4"/>
        </w:tc>
        <w:tc>
          <w:tcPr>
            <w:tcW w:w="15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AB4" w:rsidRDefault="00293AB4"/>
        </w:tc>
      </w:tr>
      <w:tr w:rsidR="00293AB4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98" w:after="0" w:line="281" w:lineRule="auto"/>
              <w:ind w:left="72" w:right="115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Счет предметов (с использованием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количественных и порядковых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числительных).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93AB4">
        <w:trPr>
          <w:trHeight w:hRule="exact" w:val="1166"/>
        </w:trPr>
        <w:tc>
          <w:tcPr>
            <w:tcW w:w="57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100" w:after="0" w:line="271" w:lineRule="auto"/>
              <w:ind w:left="72" w:right="28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Пространственные </w:t>
            </w:r>
            <w:r w:rsidRPr="00D87892">
              <w:rPr>
                <w:lang w:val="ru-RU"/>
              </w:rPr>
              <w:br/>
            </w:r>
            <w:proofErr w:type="spellStart"/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отношения«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вверху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, внизу, слева, справа»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05.09.2022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Временные  </w:t>
            </w:r>
            <w:proofErr w:type="spell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представления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«раньше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», «позже»,</w:t>
            </w:r>
            <w:r w:rsidRPr="00D87892">
              <w:rPr>
                <w:lang w:val="ru-RU"/>
              </w:rPr>
              <w:br/>
            </w:r>
            <w:r w:rsidR="00787AA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«сначала», «потом».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«перед», «за», «между».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Сравнение групп предметов. Отношения «столько </w:t>
            </w:r>
            <w:proofErr w:type="spell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же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»,«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больше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», «меньше».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Сравнение групп предметов. Отношения «столько </w:t>
            </w:r>
            <w:proofErr w:type="spell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же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»,«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больше</w:t>
            </w:r>
            <w:proofErr w:type="spell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», «меньше».</w:t>
            </w:r>
          </w:p>
          <w:p w:rsidR="00293AB4" w:rsidRDefault="00F84F7D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Сравнивание групп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предметов.  «На сколько больше (меньше)?».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93AB4">
        <w:trPr>
          <w:trHeight w:hRule="exact" w:val="183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100" w:after="0" w:line="262" w:lineRule="auto"/>
              <w:ind w:left="72"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Счёт предметов и групп предметов.</w:t>
            </w:r>
          </w:p>
          <w:p w:rsidR="00293AB4" w:rsidRPr="00D87892" w:rsidRDefault="00F84F7D">
            <w:pPr>
              <w:autoSpaceDE w:val="0"/>
              <w:autoSpaceDN w:val="0"/>
              <w:spacing w:before="70" w:after="0" w:line="271" w:lineRule="auto"/>
              <w:ind w:left="72" w:right="28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Пространственные 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временные представления.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Понятия «много», «один». Цифра 1.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293AB4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Числа 1,2. Цифра 2.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293AB4" w:rsidRDefault="00293AB4">
      <w:pPr>
        <w:autoSpaceDE w:val="0"/>
        <w:autoSpaceDN w:val="0"/>
        <w:spacing w:after="0" w:line="14" w:lineRule="exact"/>
      </w:pPr>
    </w:p>
    <w:p w:rsidR="00293AB4" w:rsidRDefault="00293AB4">
      <w:pPr>
        <w:sectPr w:rsidR="00293AB4">
          <w:pgSz w:w="11900" w:h="16840"/>
          <w:pgMar w:top="298" w:right="650" w:bottom="748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93AB4" w:rsidRDefault="00293AB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293AB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Числа 1,2,3.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Цифра</w:t>
            </w:r>
            <w:proofErr w:type="spellEnd"/>
            <w:r w:rsidR="00787AA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 w:rsidP="00064EDE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</w:p>
        </w:tc>
      </w:tr>
      <w:tr w:rsidR="00293AB4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Знаки «+», «-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»,«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=».</w:t>
            </w:r>
          </w:p>
          <w:p w:rsidR="00293AB4" w:rsidRPr="00D87892" w:rsidRDefault="00F84F7D">
            <w:pPr>
              <w:autoSpaceDE w:val="0"/>
              <w:autoSpaceDN w:val="0"/>
              <w:spacing w:before="70" w:after="0" w:line="262" w:lineRule="auto"/>
              <w:ind w:left="72" w:right="720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Составление и чтение равенств.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Числа 1,2,3,4.Цифра 4.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78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93AB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Понятия «длиннее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»,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короче», «одинаковые  по длине».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93AB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Числа 1,2,3,4,5.Цифра 5.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93AB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Состав числа 5.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293AB4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«Числа 1-5. Состав чисел 2-5».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Точка. Кривая линия.</w:t>
            </w:r>
          </w:p>
          <w:p w:rsidR="00293AB4" w:rsidRDefault="00F84F7D">
            <w:pPr>
              <w:autoSpaceDE w:val="0"/>
              <w:autoSpaceDN w:val="0"/>
              <w:spacing w:before="70" w:after="0" w:line="230" w:lineRule="auto"/>
              <w:jc w:val="center"/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Прямая линия.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Отрезок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 Луч.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29.09.2022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100" w:after="0" w:line="262" w:lineRule="auto"/>
              <w:ind w:left="72" w:right="720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Ломаная линия. Звено ломаной. Вершины.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/>
              <w:ind w:left="72" w:right="144"/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Числа от 1 до 5: получение, сравнение, запись,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соотнесение числа и цифры.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04.10.2022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/>
              <w:ind w:left="156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293AB4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Знаки сравнения: «&gt;» </w:t>
            </w:r>
            <w:r w:rsidRPr="00D87892">
              <w:rPr>
                <w:lang w:val="ru-RU"/>
              </w:rPr>
              <w:br/>
            </w:r>
            <w:r w:rsidR="001B219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(больше), 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«&lt;» (меньше), «=» (равно).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05.10.2022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293AB4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Равенство. Неравенство.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Многоугольники.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293AB4" w:rsidRDefault="00293AB4">
      <w:pPr>
        <w:autoSpaceDE w:val="0"/>
        <w:autoSpaceDN w:val="0"/>
        <w:spacing w:after="0" w:line="14" w:lineRule="exact"/>
      </w:pPr>
    </w:p>
    <w:p w:rsidR="00293AB4" w:rsidRDefault="00293AB4">
      <w:pPr>
        <w:sectPr w:rsidR="00293AB4">
          <w:pgSz w:w="11900" w:h="16840"/>
          <w:pgMar w:top="284" w:right="650" w:bottom="39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93AB4" w:rsidRDefault="00293AB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293AB4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Числа 6,7. Цифра 6.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Числа 1-7.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Цифра</w:t>
            </w:r>
            <w:proofErr w:type="spellEnd"/>
            <w:r w:rsidR="001B219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Числа 8-9.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Цифра</w:t>
            </w:r>
            <w:proofErr w:type="spellEnd"/>
            <w:r w:rsidR="001B219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Числа 1-9.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Цифра</w:t>
            </w:r>
            <w:proofErr w:type="spellEnd"/>
            <w:r w:rsidR="001B219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93AB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 10.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93AB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Числа 1-10.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293AB4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Наши проекты. Математика вокруг нас. Числа в загадках, пословицах, поговорках.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Единица длины сантиметр. Измерение отрезков в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сантиметрах.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31.10.2022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Понятия увеличить на…, уменьшить на…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Число 0. Цифра 0.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02.11.2022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293AB4">
        <w:trPr>
          <w:trHeight w:hRule="exact" w:val="83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100" w:after="0" w:line="262" w:lineRule="auto"/>
              <w:ind w:left="72" w:right="43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Сложение и вычитание с числом 0.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03.11.2022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100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Устный опрос;</w:t>
            </w:r>
          </w:p>
        </w:tc>
      </w:tr>
      <w:tr w:rsidR="00293AB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«Числа 1-10. Число 0».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 работа;</w:t>
            </w:r>
          </w:p>
        </w:tc>
      </w:tr>
      <w:tr w:rsidR="00293AB4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вида   □+1, □ -1. Знаки «+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»,«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–», «=».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80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Сложение и вычитание вида   □+1+1, □-1-1.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</w:tbl>
    <w:p w:rsidR="00293AB4" w:rsidRDefault="00293AB4">
      <w:pPr>
        <w:autoSpaceDE w:val="0"/>
        <w:autoSpaceDN w:val="0"/>
        <w:spacing w:after="0" w:line="14" w:lineRule="exact"/>
      </w:pPr>
    </w:p>
    <w:p w:rsidR="00293AB4" w:rsidRDefault="00293AB4">
      <w:pPr>
        <w:sectPr w:rsidR="00293AB4">
          <w:pgSz w:w="11900" w:h="16840"/>
          <w:pgMar w:top="284" w:right="650" w:bottom="48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93AB4" w:rsidRDefault="00293AB4">
      <w:pPr>
        <w:autoSpaceDE w:val="0"/>
        <w:autoSpaceDN w:val="0"/>
        <w:spacing w:after="66" w:line="220" w:lineRule="exact"/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293AB4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Сложение и вычитание вида   □+2, □ -2.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Слагаемые. Сумма.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Задача (условие, вопрос).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Составление и решение задач.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025C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 w:rsidP="00025CE6">
            <w:pPr>
              <w:autoSpaceDE w:val="0"/>
              <w:autoSpaceDN w:val="0"/>
              <w:spacing w:before="98" w:after="0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</w:p>
        </w:tc>
      </w:tr>
      <w:tr w:rsidR="00783BC6" w:rsidRPr="00783BC6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BC6" w:rsidRPr="00F2635A" w:rsidRDefault="00F2635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BC6" w:rsidRPr="00783BC6" w:rsidRDefault="00783BC6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Составление и решение задач.</w:t>
            </w:r>
            <w:r w:rsidR="00F2635A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BC6" w:rsidRPr="00783BC6" w:rsidRDefault="00025CE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BC6" w:rsidRPr="00783BC6" w:rsidRDefault="00025CE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BC6" w:rsidRPr="00783BC6" w:rsidRDefault="00025CE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BC6" w:rsidRPr="00783BC6" w:rsidRDefault="00783BC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BC6" w:rsidRPr="00783BC6" w:rsidRDefault="00025CE6">
            <w:pPr>
              <w:autoSpaceDE w:val="0"/>
              <w:autoSpaceDN w:val="0"/>
              <w:spacing w:before="98" w:after="0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293AB4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2635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42</w:t>
            </w:r>
            <w:r w:rsidR="00F84F7D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Таблицы сложения и вычитания с числом 2.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2635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43</w:t>
            </w:r>
            <w:r w:rsidR="00F84F7D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100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Присчитывание и отсчитывание по 2.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2635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44</w:t>
            </w:r>
            <w:r w:rsidR="00F84F7D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98" w:after="0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Задачи на увеличение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(уменьшение) числа на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несколько единиц (с одним множеством предметов).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783BC6" w:rsidRPr="00783BC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BC6" w:rsidRPr="00F2635A" w:rsidRDefault="00F2635A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BC6" w:rsidRPr="00D87892" w:rsidRDefault="00783BC6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Задачи на увеличение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(уменьшение) числа на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несколько единиц</w:t>
            </w:r>
            <w:r w:rsidR="00E239D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BC6" w:rsidRPr="00783BC6" w:rsidRDefault="00025CE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BC6" w:rsidRPr="00783BC6" w:rsidRDefault="00025CE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BC6" w:rsidRPr="00783BC6" w:rsidRDefault="00025CE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BC6" w:rsidRPr="00783BC6" w:rsidRDefault="00783BC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83BC6" w:rsidRPr="00783BC6" w:rsidRDefault="00025CE6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293AB4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2635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46</w:t>
            </w:r>
            <w:r w:rsidR="00F84F7D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1B2190" w:rsidRDefault="00F84F7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Прямой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угол</w:t>
            </w:r>
            <w:proofErr w:type="spellEnd"/>
            <w:r w:rsidR="001B219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30.11.2022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57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 опрос;</w:t>
            </w:r>
          </w:p>
        </w:tc>
      </w:tr>
      <w:tr w:rsidR="00293AB4" w:rsidRPr="00783BC6">
        <w:trPr>
          <w:trHeight w:hRule="exact" w:val="828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2635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47</w:t>
            </w:r>
            <w:r w:rsidR="00F84F7D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F84F7D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«Прибавить и вычесть число 2.»</w:t>
            </w:r>
            <w:r w:rsid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783BC6" w:rsidRDefault="00F84F7D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783BC6" w:rsidRDefault="00F84F7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783BC6" w:rsidRDefault="00F84F7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783BC6" w:rsidRDefault="00F84F7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01.12.2022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783BC6" w:rsidRDefault="00F84F7D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293AB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783BC6" w:rsidRDefault="00F2635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48</w:t>
            </w:r>
            <w:r w:rsidR="00F84F7D" w:rsidRP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783BC6" w:rsidRDefault="00F84F7D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Сложение и вычитание вида   □+3, □ -3.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783BC6" w:rsidRDefault="00F84F7D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783BC6" w:rsidRDefault="00F84F7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783BC6" w:rsidRDefault="00F84F7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783BC6" w:rsidRDefault="00F84F7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05.12.2022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/>
              <w:ind w:left="72" w:right="144"/>
            </w:pPr>
            <w:r w:rsidRP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783BC6">
              <w:rPr>
                <w:lang w:val="ru-RU"/>
              </w:rPr>
              <w:br/>
            </w:r>
            <w:r w:rsidRP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783BC6">
              <w:rPr>
                <w:lang w:val="ru-RU"/>
              </w:rPr>
              <w:br/>
            </w:r>
            <w:r w:rsidRP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Письменный </w:t>
            </w:r>
            <w:proofErr w:type="spellStart"/>
            <w:r w:rsidRPr="00783BC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контрол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ь;</w:t>
            </w:r>
          </w:p>
        </w:tc>
      </w:tr>
      <w:tr w:rsidR="00293AB4" w:rsidRPr="001B2190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2635A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49</w:t>
            </w:r>
            <w:r w:rsidR="00F84F7D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D87892" w:rsidRDefault="001B2190">
            <w:pPr>
              <w:autoSpaceDE w:val="0"/>
              <w:autoSpaceDN w:val="0"/>
              <w:spacing w:before="100" w:after="0" w:line="271" w:lineRule="auto"/>
              <w:ind w:left="72" w:right="288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Прибавление и вычитание числа 3. </w:t>
            </w:r>
            <w:r w:rsidR="00F84F7D"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Приемы </w:t>
            </w:r>
            <w:r w:rsidR="00F84F7D" w:rsidRPr="00D87892">
              <w:rPr>
                <w:lang w:val="ru-RU"/>
              </w:rPr>
              <w:br/>
            </w:r>
            <w:r w:rsidR="00F84F7D"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вычислений.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1B2190" w:rsidRDefault="00F84F7D">
            <w:pPr>
              <w:autoSpaceDE w:val="0"/>
              <w:autoSpaceDN w:val="0"/>
              <w:spacing w:before="100" w:after="0" w:line="230" w:lineRule="auto"/>
              <w:ind w:left="74"/>
              <w:rPr>
                <w:lang w:val="ru-RU"/>
              </w:rPr>
            </w:pPr>
            <w:r w:rsidRPr="001B219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1B2190" w:rsidRDefault="00F84F7D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1B219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1B2190" w:rsidRDefault="00F84F7D">
            <w:pPr>
              <w:autoSpaceDE w:val="0"/>
              <w:autoSpaceDN w:val="0"/>
              <w:spacing w:before="100" w:after="0" w:line="230" w:lineRule="auto"/>
              <w:ind w:left="72"/>
              <w:rPr>
                <w:lang w:val="ru-RU"/>
              </w:rPr>
            </w:pPr>
            <w:r w:rsidRPr="001B219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1B2190" w:rsidRDefault="00F84F7D">
            <w:pPr>
              <w:autoSpaceDE w:val="0"/>
              <w:autoSpaceDN w:val="0"/>
              <w:spacing w:before="100" w:after="0" w:line="230" w:lineRule="auto"/>
              <w:jc w:val="center"/>
              <w:rPr>
                <w:lang w:val="ru-RU"/>
              </w:rPr>
            </w:pPr>
            <w:r w:rsidRPr="001B219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06.12.2022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1B2190" w:rsidRDefault="00F84F7D">
            <w:pPr>
              <w:autoSpaceDE w:val="0"/>
              <w:autoSpaceDN w:val="0"/>
              <w:spacing w:before="100" w:after="0"/>
              <w:ind w:left="72" w:right="144"/>
              <w:rPr>
                <w:lang w:val="ru-RU"/>
              </w:rPr>
            </w:pPr>
            <w:r w:rsidRPr="001B219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1B2190">
              <w:rPr>
                <w:lang w:val="ru-RU"/>
              </w:rPr>
              <w:br/>
            </w:r>
            <w:r w:rsidRPr="001B219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1B2190">
              <w:rPr>
                <w:lang w:val="ru-RU"/>
              </w:rPr>
              <w:br/>
            </w:r>
            <w:r w:rsidRPr="001B219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Письменный контроль;</w:t>
            </w:r>
          </w:p>
        </w:tc>
      </w:tr>
      <w:tr w:rsidR="00293AB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Pr="001B2190" w:rsidRDefault="00F2635A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B219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50</w:t>
            </w:r>
            <w:r w:rsidR="00F84F7D" w:rsidRPr="001B219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62" w:lineRule="auto"/>
              <w:ind w:left="72" w:right="288"/>
            </w:pPr>
            <w:r w:rsidRPr="001B2190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Решение текстовых задач. Закрепление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293AB4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2635A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51</w:t>
            </w:r>
            <w:r w:rsidR="00F84F7D"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Сравнение длин отрезков.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93AB4" w:rsidRDefault="00F84F7D">
            <w:pPr>
              <w:autoSpaceDE w:val="0"/>
              <w:autoSpaceDN w:val="0"/>
              <w:spacing w:before="98" w:after="0"/>
              <w:ind w:left="72"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Устный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опрос; </w:t>
            </w:r>
            <w:r>
              <w:br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 контроль;</w:t>
            </w:r>
          </w:p>
        </w:tc>
      </w:tr>
      <w:tr w:rsidR="00750431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Pr="00D87892" w:rsidRDefault="00750431" w:rsidP="00750431">
            <w:pPr>
              <w:autoSpaceDE w:val="0"/>
              <w:autoSpaceDN w:val="0"/>
              <w:spacing w:before="98" w:after="0" w:line="262" w:lineRule="auto"/>
              <w:ind w:left="72" w:right="720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Таблицы сложения и вычитания с числом 3.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50431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62" w:lineRule="auto"/>
              <w:ind w:right="43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□±1, □ ± 2, □ ± 3».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50431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78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50431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62" w:lineRule="auto"/>
              <w:ind w:left="72" w:right="288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50431" w:rsidRDefault="00750431" w:rsidP="00750431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45DE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D87892" w:rsidRDefault="00F45DE6" w:rsidP="00F45DE6">
            <w:pPr>
              <w:autoSpaceDE w:val="0"/>
              <w:autoSpaceDN w:val="0"/>
              <w:spacing w:before="98" w:after="0" w:line="271" w:lineRule="auto"/>
              <w:ind w:left="72" w:right="43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«Сложение и вычитание вида □±1, □ ± 2, □ ± 3».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45DE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D87892" w:rsidRDefault="00F45DE6" w:rsidP="00F45DE6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и вычитание чисел первого десятка.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45DE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,-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1.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45DE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59.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,-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2.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45DE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lastRenderedPageBreak/>
              <w:t>60.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Таблицы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+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,-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3.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45DE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D87892" w:rsidRDefault="00F45DE6" w:rsidP="00F45DE6">
            <w:pPr>
              <w:autoSpaceDE w:val="0"/>
              <w:autoSpaceDN w:val="0"/>
              <w:spacing w:before="100" w:after="0" w:line="262" w:lineRule="auto"/>
              <w:ind w:right="576"/>
              <w:jc w:val="center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Сложение и вычитание чисел первого десятка.</w:t>
            </w:r>
          </w:p>
          <w:p w:rsidR="00F45DE6" w:rsidRDefault="00F45DE6" w:rsidP="00F45DE6">
            <w:pPr>
              <w:autoSpaceDE w:val="0"/>
              <w:autoSpaceDN w:val="0"/>
              <w:spacing w:before="7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Проверочная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45DE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чисел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5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,6,7,8,9,10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</w:rPr>
              <w:t>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45DE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63.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□± 1, 2, 3;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29.12.2022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Default="00F45DE6" w:rsidP="00F45DE6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45DE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A618F8" w:rsidRDefault="00F45DE6" w:rsidP="00F45DE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64</w:t>
            </w:r>
            <w:r w:rsidR="00E239D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550008" w:rsidRDefault="00F45DE6" w:rsidP="00F45DE6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Вычисления вида □± 1, 2, 3.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550008" w:rsidRDefault="00025CE6" w:rsidP="00F45DE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550008" w:rsidRDefault="00025CE6" w:rsidP="00F45DE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550008" w:rsidRDefault="00025CE6" w:rsidP="00F45DE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550008" w:rsidRDefault="00F45DE6" w:rsidP="00F45DE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550008" w:rsidRDefault="00025CE6" w:rsidP="00F45DE6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51C4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1C45" w:rsidRDefault="00E51C45" w:rsidP="00E51C4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65</w:t>
            </w:r>
            <w:r w:rsidR="00E239D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1C45" w:rsidRPr="00D87892" w:rsidRDefault="00E51C45" w:rsidP="00E51C45">
            <w:pPr>
              <w:autoSpaceDE w:val="0"/>
              <w:autoSpaceDN w:val="0"/>
              <w:spacing w:before="98" w:after="0" w:line="271" w:lineRule="auto"/>
              <w:ind w:left="72" w:right="86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Решение задач на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увеличение числа на несколько единиц.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1C45" w:rsidRPr="00550008" w:rsidRDefault="00E51C45" w:rsidP="00E51C45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55000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1C45" w:rsidRPr="00550008" w:rsidRDefault="00E51C45" w:rsidP="00E51C4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55000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1C45" w:rsidRPr="00550008" w:rsidRDefault="00E51C45" w:rsidP="00E51C45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55000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1C45" w:rsidRPr="00550008" w:rsidRDefault="00E51C45" w:rsidP="00E51C45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55000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09.01.2023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1C45" w:rsidRDefault="00E51C45" w:rsidP="00E51C45">
            <w:pPr>
              <w:autoSpaceDE w:val="0"/>
              <w:autoSpaceDN w:val="0"/>
              <w:spacing w:before="98" w:after="0"/>
              <w:ind w:left="72" w:right="144"/>
            </w:pPr>
            <w:r w:rsidRPr="0055000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550008">
              <w:rPr>
                <w:lang w:val="ru-RU"/>
              </w:rPr>
              <w:br/>
            </w:r>
            <w:r w:rsidRPr="00550008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550008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51C4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1C45" w:rsidRDefault="00E51C45" w:rsidP="00E51C4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66</w:t>
            </w:r>
            <w:r w:rsidR="00E239DF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1C45" w:rsidRPr="00D87892" w:rsidRDefault="00E51C45" w:rsidP="00E51C45">
            <w:pPr>
              <w:autoSpaceDE w:val="0"/>
              <w:autoSpaceDN w:val="0"/>
              <w:spacing w:before="98" w:after="0" w:line="271" w:lineRule="auto"/>
              <w:ind w:left="72" w:right="720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Решение задач на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уменьшение числа на несколько единиц.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1C45" w:rsidRDefault="00E51C45" w:rsidP="00E51C4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1C45" w:rsidRDefault="00E51C45" w:rsidP="00E51C4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1C45" w:rsidRDefault="00E51C45" w:rsidP="00E51C4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1C45" w:rsidRDefault="00E51C45" w:rsidP="00E51C4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51C45" w:rsidRDefault="00E51C45" w:rsidP="00E51C45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45DE6" w:rsidRPr="00504CE7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E239DF" w:rsidRDefault="00E239DF" w:rsidP="00F45DE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504CE7" w:rsidRDefault="00504CE7" w:rsidP="00F45DE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Решение задач на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увеличение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и 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уменьшение числа на несколько единиц.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504CE7" w:rsidRDefault="00025CE6" w:rsidP="00F45DE6">
            <w:pPr>
              <w:autoSpaceDE w:val="0"/>
              <w:autoSpaceDN w:val="0"/>
              <w:spacing w:before="98" w:after="0" w:line="230" w:lineRule="auto"/>
              <w:ind w:left="7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504CE7" w:rsidRDefault="00025CE6" w:rsidP="00F45DE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504CE7" w:rsidRDefault="00025CE6" w:rsidP="00F45DE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504CE7" w:rsidRDefault="00F45DE6" w:rsidP="00F45DE6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45DE6" w:rsidRPr="00504CE7" w:rsidRDefault="00025CE6" w:rsidP="00F45DE6">
            <w:pPr>
              <w:autoSpaceDE w:val="0"/>
              <w:autoSpaceDN w:val="0"/>
              <w:spacing w:before="98" w:after="0"/>
              <w:ind w:left="72" w:right="14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04CE7" w:rsidRPr="00504CE7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Pr="00504CE7" w:rsidRDefault="00E239DF" w:rsidP="00504CE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Pr="00D87892" w:rsidRDefault="00504CE7" w:rsidP="00504CE7">
            <w:pPr>
              <w:autoSpaceDE w:val="0"/>
              <w:autoSpaceDN w:val="0"/>
              <w:spacing w:before="98" w:after="0" w:line="262" w:lineRule="auto"/>
              <w:ind w:left="72" w:right="43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Приёмы вычислений для случаев вида □ ± 4.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Default="00504CE7" w:rsidP="00504CE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Default="00504CE7" w:rsidP="00504CE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Default="00504CE7" w:rsidP="00504CE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Default="00504CE7" w:rsidP="00504CE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Default="00504CE7" w:rsidP="00504CE7">
            <w:pPr>
              <w:autoSpaceDE w:val="0"/>
              <w:autoSpaceDN w:val="0"/>
              <w:spacing w:before="98" w:after="0" w:line="278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04CE7" w:rsidRPr="00E51C4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Pr="00E51C45" w:rsidRDefault="00E239DF" w:rsidP="00504CE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69.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Default="00504CE7" w:rsidP="00504CE7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Default="00504CE7" w:rsidP="00504CE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Default="00504CE7" w:rsidP="00504CE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Default="00504CE7" w:rsidP="00504CE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Default="00504CE7" w:rsidP="00504CE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Default="00504CE7" w:rsidP="00504CE7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04CE7" w:rsidRPr="00E51C4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Pr="00E51C45" w:rsidRDefault="00E239DF" w:rsidP="00504CE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70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Pr="00D87892" w:rsidRDefault="00504CE7" w:rsidP="00504CE7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Задачи на разностное сравнение чисел.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Default="00504CE7" w:rsidP="00504CE7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Default="00504CE7" w:rsidP="00504CE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Default="00504CE7" w:rsidP="00504CE7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Default="00504CE7" w:rsidP="00504CE7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Default="00504CE7" w:rsidP="00504CE7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04CE7" w:rsidRPr="00E51C4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Pr="00E51C45" w:rsidRDefault="00E239DF" w:rsidP="00504CE7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Pr="00F45DE6" w:rsidRDefault="00504CE7" w:rsidP="00504CE7">
            <w:pPr>
              <w:autoSpaceDE w:val="0"/>
              <w:autoSpaceDN w:val="0"/>
              <w:spacing w:before="98" w:after="0" w:line="262" w:lineRule="auto"/>
              <w:ind w:left="72" w:right="86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Приёмы вычислений для случаев вида </w:t>
            </w:r>
            <w:r w:rsidRPr="00F45D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□ ±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4. Составление таблиц.</w:t>
            </w:r>
          </w:p>
          <w:p w:rsidR="00504CE7" w:rsidRDefault="00504CE7" w:rsidP="00504CE7">
            <w:pPr>
              <w:autoSpaceDE w:val="0"/>
              <w:autoSpaceDN w:val="0"/>
              <w:spacing w:before="98" w:after="0" w:line="262" w:lineRule="auto"/>
              <w:ind w:left="72" w:right="86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  <w:p w:rsidR="00504CE7" w:rsidRDefault="00504CE7" w:rsidP="00504CE7">
            <w:pPr>
              <w:autoSpaceDE w:val="0"/>
              <w:autoSpaceDN w:val="0"/>
              <w:spacing w:before="98" w:after="0" w:line="262" w:lineRule="auto"/>
              <w:ind w:left="72" w:right="864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  <w:p w:rsidR="00504CE7" w:rsidRPr="00F45DE6" w:rsidRDefault="00504CE7" w:rsidP="00504CE7">
            <w:pPr>
              <w:autoSpaceDE w:val="0"/>
              <w:autoSpaceDN w:val="0"/>
              <w:spacing w:before="98" w:after="0" w:line="262" w:lineRule="auto"/>
              <w:ind w:left="72" w:right="864"/>
              <w:rPr>
                <w:lang w:val="ru-RU"/>
              </w:rPr>
            </w:pPr>
            <w:r w:rsidRPr="00F45D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4.  Составление таблиц.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Pr="00F45DE6" w:rsidRDefault="00504CE7" w:rsidP="00504CE7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F45D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Pr="00F45DE6" w:rsidRDefault="00504CE7" w:rsidP="00504CE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45D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Pr="00F45DE6" w:rsidRDefault="00504CE7" w:rsidP="00504CE7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45D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Pr="00F45DE6" w:rsidRDefault="00504CE7" w:rsidP="00504CE7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F45D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18.01.2023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04CE7" w:rsidRPr="00F45DE6" w:rsidRDefault="00504CE7" w:rsidP="00504CE7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F45DE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E239DF" w:rsidRPr="00E51C4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Pr="00E51C45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71" w:lineRule="auto"/>
              <w:ind w:left="72" w:right="432"/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Приёмы вычислений для случаев вида □ ± 4. </w:t>
            </w:r>
            <w:r w:rsidRPr="00D87892">
              <w:rPr>
                <w:lang w:val="ru-RU"/>
              </w:rP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239DF" w:rsidRPr="00E51C4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Pr="00E51C45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239DF" w:rsidRPr="00E51C4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Pr="00E51C45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□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± 1, 2, 3, 4.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19.01.2023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239DF" w:rsidRPr="00E51C4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Pr="00E51C45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jc w:val="center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</w:t>
            </w:r>
            <w:proofErr w:type="spellEnd"/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239DF" w:rsidRPr="00E51C4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Pr="00E51C45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100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Перестановка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слагаемых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239DF" w:rsidRPr="00E51C4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Pr="00E51C45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62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□ + 5, 6, 7, 8, 9.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239DF" w:rsidRPr="00E51C4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Pr="00E51C45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Pr="00E51C45" w:rsidRDefault="00E239DF" w:rsidP="00E239DF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□ + 5, 6, 7, 8, 9.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25.01.2023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239DF" w:rsidRPr="00E51C45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Pr="00E51C45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79.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Pr="00D87892" w:rsidRDefault="00E239DF" w:rsidP="00E239DF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Применение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переместительного свойства сложения для случаев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вида  □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+ 5, 6, 7, 8, 9.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293AB4" w:rsidRPr="00E51C45" w:rsidRDefault="00293AB4">
      <w:pPr>
        <w:autoSpaceDE w:val="0"/>
        <w:autoSpaceDN w:val="0"/>
        <w:spacing w:after="0" w:line="14" w:lineRule="exact"/>
        <w:rPr>
          <w:lang w:val="ru-RU"/>
        </w:rPr>
      </w:pPr>
    </w:p>
    <w:p w:rsidR="00293AB4" w:rsidRPr="00E51C45" w:rsidRDefault="00293AB4">
      <w:pPr>
        <w:rPr>
          <w:lang w:val="ru-RU"/>
        </w:rPr>
        <w:sectPr w:rsidR="00293AB4" w:rsidRPr="00E51C45">
          <w:pgSz w:w="11900" w:h="16840"/>
          <w:pgMar w:top="284" w:right="650" w:bottom="73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93AB4" w:rsidRPr="00E51C45" w:rsidRDefault="00293AB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E239DF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Pr="0042679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6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62" w:lineRule="auto"/>
              <w:ind w:left="72" w:right="720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Состав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чисел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первого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десятка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31.01.2023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239DF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Pr="0042679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2679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E239DF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Pr="00004E7C" w:rsidRDefault="0042679F" w:rsidP="00E239D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4E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E239DF" w:rsidRDefault="00E239DF" w:rsidP="00E239D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9139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Pr="00004E7C" w:rsidRDefault="00791394" w:rsidP="00791394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4E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текстовых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91394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Pr="00004E7C" w:rsidRDefault="00791394" w:rsidP="00791394">
            <w:pPr>
              <w:autoSpaceDE w:val="0"/>
              <w:autoSpaceDN w:val="0"/>
              <w:spacing w:before="98" w:after="0" w:line="23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4E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791394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Pr="00004E7C" w:rsidRDefault="00791394" w:rsidP="0079139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04E7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/>
              <w:ind w:left="72" w:right="144"/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Обобщение и закрепление знаний по теме «Числа от 1 до 10.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Сложение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».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791394" w:rsidRDefault="00791394" w:rsidP="00791394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30EAE" w:rsidRPr="0055000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EAE" w:rsidRPr="00A618F8" w:rsidRDefault="00587969" w:rsidP="00C30EAE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EAE" w:rsidRPr="00D87892" w:rsidRDefault="00C30EAE" w:rsidP="00C30EAE">
            <w:pPr>
              <w:autoSpaceDE w:val="0"/>
              <w:autoSpaceDN w:val="0"/>
              <w:spacing w:before="100" w:after="0" w:line="262" w:lineRule="auto"/>
              <w:ind w:left="72"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Связь между суммой и слагаемыми.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EAE" w:rsidRDefault="00C30EAE" w:rsidP="00C30EAE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EAE" w:rsidRDefault="00C30EAE" w:rsidP="00C30EA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EAE" w:rsidRDefault="00C30EAE" w:rsidP="00C30EAE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EAE" w:rsidRDefault="00C30EAE" w:rsidP="00C30EAE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EAE" w:rsidRDefault="00C30EAE" w:rsidP="00C30EAE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30EAE" w:rsidRPr="0055000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EAE" w:rsidRDefault="00587969" w:rsidP="00C30EAE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EAE" w:rsidRDefault="00C30EAE" w:rsidP="00C30EAE">
            <w:pPr>
              <w:autoSpaceDE w:val="0"/>
              <w:autoSpaceDN w:val="0"/>
              <w:spacing w:before="98" w:after="0" w:line="262" w:lineRule="auto"/>
              <w:ind w:left="72" w:right="288"/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Связь между суммой 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слагаемыми.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EAE" w:rsidRDefault="00C30EAE" w:rsidP="00C30EA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EAE" w:rsidRDefault="00C30EAE" w:rsidP="00C30EA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EAE" w:rsidRDefault="00C30EAE" w:rsidP="00C30EA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EAE" w:rsidRDefault="00C30EAE" w:rsidP="00C30EA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30EAE" w:rsidRDefault="00C30EAE" w:rsidP="00C30EA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87969" w:rsidRPr="0055000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Pr="00D87892" w:rsidRDefault="00587969" w:rsidP="00587969">
            <w:pPr>
              <w:autoSpaceDE w:val="0"/>
              <w:autoSpaceDN w:val="0"/>
              <w:spacing w:before="98" w:after="0" w:line="262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Решение задач и выражений.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87969" w:rsidRPr="0055000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Уменьшаемое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вычитаемое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разность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87969" w:rsidRPr="0055000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90.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6 - □, 7- □.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87969" w:rsidRPr="0055000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6 - □, 7- □.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87969" w:rsidRPr="0055000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8 - □, 9 - □.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87969" w:rsidRPr="0055000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100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8 - □, 9 - □.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100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87969" w:rsidRPr="0055000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 10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- □.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28.02.2023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87969" w:rsidRPr="0055000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Pr="00D87892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Вычитание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вида  10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- □.</w:t>
            </w:r>
          </w:p>
          <w:p w:rsidR="00587969" w:rsidRPr="00D87892" w:rsidRDefault="00587969" w:rsidP="00587969">
            <w:pPr>
              <w:autoSpaceDE w:val="0"/>
              <w:autoSpaceDN w:val="0"/>
              <w:spacing w:before="70" w:after="0" w:line="271" w:lineRule="auto"/>
              <w:ind w:left="72" w:right="43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Таблица сложения 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соответствующие случаи вычитания.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87969" w:rsidRPr="0055000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Pr="00D87892" w:rsidRDefault="00587969" w:rsidP="00587969">
            <w:pPr>
              <w:autoSpaceDE w:val="0"/>
              <w:autoSpaceDN w:val="0"/>
              <w:spacing w:before="70" w:after="0" w:line="271" w:lineRule="auto"/>
              <w:ind w:left="72" w:right="43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Таблица сложения 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соответствующие случаи вычитания.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01.03.2023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87969" w:rsidRPr="0055000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изученного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87969" w:rsidRPr="00550008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98.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62" w:lineRule="auto"/>
              <w:ind w:left="72" w:right="129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массы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–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килограмм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06.03.2023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87969" w:rsidRDefault="00587969" w:rsidP="00587969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293AB4" w:rsidRPr="00550008" w:rsidRDefault="00293AB4">
      <w:pPr>
        <w:autoSpaceDE w:val="0"/>
        <w:autoSpaceDN w:val="0"/>
        <w:spacing w:after="0" w:line="14" w:lineRule="exact"/>
        <w:rPr>
          <w:lang w:val="ru-RU"/>
        </w:rPr>
      </w:pPr>
    </w:p>
    <w:p w:rsidR="00293AB4" w:rsidRPr="00550008" w:rsidRDefault="00293AB4">
      <w:pPr>
        <w:rPr>
          <w:lang w:val="ru-RU"/>
        </w:rPr>
        <w:sectPr w:rsidR="00293AB4" w:rsidRPr="00550008">
          <w:pgSz w:w="11900" w:h="16840"/>
          <w:pgMar w:top="284" w:right="650" w:bottom="97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93AB4" w:rsidRPr="00550008" w:rsidRDefault="00293AB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F3112D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F3112D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11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вместимости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–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литр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07.03.2023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3112D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F3112D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3112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D87892" w:rsidRDefault="00F3112D" w:rsidP="00F3112D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 знаний по теме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«Сложение и вычитание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чисел первого десятка».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09.03.2023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3112D" w:rsidRPr="00783BC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400B8E" w:rsidRDefault="00F3112D" w:rsidP="00400B8E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0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D87892" w:rsidRDefault="00F3112D" w:rsidP="00F3112D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Названия 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последовательность чисел от 10 до 20.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3112D">
        <w:trPr>
          <w:trHeight w:hRule="exact" w:val="150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400B8E" w:rsidRDefault="00F3112D" w:rsidP="00400B8E">
            <w:pPr>
              <w:autoSpaceDE w:val="0"/>
              <w:autoSpaceDN w:val="0"/>
              <w:spacing w:before="9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B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D87892" w:rsidRDefault="00F3112D" w:rsidP="00F3112D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Письменная нумерация чисел от 11 до 20.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3112D" w:rsidRPr="00F3112D">
        <w:trPr>
          <w:trHeight w:hRule="exact" w:val="116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400B8E" w:rsidRDefault="00F3112D" w:rsidP="00400B8E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B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D87892" w:rsidRDefault="00F3112D" w:rsidP="00F3112D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Письменная нумерация чисел от 11 до 20.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F3112D" w:rsidRDefault="00F3112D" w:rsidP="00F3112D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F311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F3112D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311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F3112D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F311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F3112D" w:rsidRDefault="00F3112D" w:rsidP="00F3112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F311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F3112D" w:rsidRDefault="00F3112D" w:rsidP="00F3112D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F311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F3112D" w:rsidRPr="00F3112D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400B8E" w:rsidRDefault="00F3112D" w:rsidP="00400B8E">
            <w:pPr>
              <w:autoSpaceDE w:val="0"/>
              <w:autoSpaceDN w:val="0"/>
              <w:spacing w:before="98" w:after="0" w:line="23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B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Единица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длины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дециметр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Default="00F3112D" w:rsidP="00F3112D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00B8E" w:rsidRPr="00F3112D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Pr="00400B8E" w:rsidRDefault="00400B8E" w:rsidP="00400B8E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B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Pr="00D87892" w:rsidRDefault="00400B8E" w:rsidP="00400B8E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Случаи сложения 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вычитания, основанные на знании нумерации: 10 + 7, 17 − 7, 17 – 10.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00B8E" w:rsidRPr="00F45DE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Pr="00400B8E" w:rsidRDefault="00400B8E" w:rsidP="00400B8E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B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/>
              <w:ind w:left="72"/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Случаи сложения 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вычитания, основанные на знании нумерации: 10 + 7, 17 − 7, 17 – 10.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00B8E" w:rsidRPr="00F45DE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Pr="00400B8E" w:rsidRDefault="00400B8E" w:rsidP="00400B8E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0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Pr="00D87892" w:rsidRDefault="00400B8E" w:rsidP="00400B8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Сложение и вычитание чисел в пределах 20.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00B8E" w:rsidRPr="00F45DE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Pr="00400B8E" w:rsidRDefault="00400B8E" w:rsidP="00400B8E">
            <w:pPr>
              <w:autoSpaceDE w:val="0"/>
              <w:autoSpaceDN w:val="0"/>
              <w:spacing w:before="98" w:after="0" w:line="230" w:lineRule="auto"/>
              <w:ind w:left="7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00B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Pr="00D87892" w:rsidRDefault="00400B8E" w:rsidP="00400B8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Сложение и вычитание чисел в пределах 20.</w:t>
            </w:r>
            <w:r w:rsidR="00730E84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21.03.2023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00B8E" w:rsidRDefault="00400B8E" w:rsidP="00400B8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17046" w:rsidRPr="00F45DE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P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109.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17046" w:rsidRPr="00F45DE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P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tabs>
                <w:tab w:val="left" w:pos="576"/>
              </w:tabs>
              <w:autoSpaceDE w:val="0"/>
              <w:autoSpaceDN w:val="0"/>
              <w:spacing w:before="100" w:after="0" w:line="262" w:lineRule="auto"/>
              <w:ind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именованных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чисел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17046" w:rsidRPr="00F45DE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P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Pr="00D87892" w:rsidRDefault="00417046" w:rsidP="00417046">
            <w:pPr>
              <w:autoSpaceDE w:val="0"/>
              <w:autoSpaceDN w:val="0"/>
              <w:spacing w:before="98" w:after="0"/>
              <w:ind w:left="72" w:right="28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Случаи сложения 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вычитания, основанные на знании нумерации: 10 + 7, 17 − 7, 17 – 10.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P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1704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/>
              <w:ind w:left="72"/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Случаи сложения и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вычитания, основанные на знании нумерации: 10 + 7, 17 − 7, 17 – 10.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P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7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113.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Pr="00D87892" w:rsidRDefault="00417046" w:rsidP="00417046">
            <w:pPr>
              <w:autoSpaceDE w:val="0"/>
              <w:autoSpaceDN w:val="0"/>
              <w:spacing w:before="98" w:after="0" w:line="271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Решение задач и выражений.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3112D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417046" w:rsidRDefault="00417046" w:rsidP="00F3112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4170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114.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417046" w:rsidRDefault="00417046" w:rsidP="00F3112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«Сложение и вычитание в пределах 20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».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417046" w:rsidRDefault="00F3112D" w:rsidP="00F3112D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4170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417046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170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417046" w:rsidRDefault="00F3112D" w:rsidP="00F3112D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170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417046" w:rsidRDefault="00F3112D" w:rsidP="00F3112D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4170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01.02.2023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3112D" w:rsidRPr="00417046" w:rsidRDefault="00F3112D" w:rsidP="00F3112D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41704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417046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P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составными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задачами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28.03.2023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17046" w:rsidRDefault="00417046" w:rsidP="00417046">
            <w:pPr>
              <w:autoSpaceDE w:val="0"/>
              <w:autoSpaceDN w:val="0"/>
              <w:spacing w:before="98" w:after="0" w:line="262" w:lineRule="auto"/>
              <w:ind w:right="576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1D3A79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417046" w:rsidRDefault="001D3A79" w:rsidP="001D3A7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D87892" w:rsidRDefault="001D3A79" w:rsidP="001D3A7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Знакомство с краткой </w:t>
            </w:r>
            <w:r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записью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составных  задач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29.03.2023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1D3A79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417046" w:rsidRDefault="001D3A79" w:rsidP="001D3A7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D87892" w:rsidRDefault="001D3A79" w:rsidP="001D3A7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288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Знакомство с краткой </w:t>
            </w:r>
            <w:r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записью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составных  задач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29.03.2023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1D3A79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417046" w:rsidRDefault="001D3A79" w:rsidP="001D3A7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118.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D87892" w:rsidRDefault="001D3A79" w:rsidP="001D3A7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86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задач в два </w:t>
            </w:r>
            <w:r w:rsidRPr="00D87892">
              <w:rPr>
                <w:lang w:val="ru-RU"/>
              </w:rPr>
              <w:tab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действия.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30.03.2023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1D3A79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417046" w:rsidRDefault="00F87835" w:rsidP="001D3A7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119.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F3112D" w:rsidRDefault="001D3A79" w:rsidP="001D3A7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Решение задач в два </w:t>
            </w:r>
            <w:r>
              <w:rPr>
                <w:lang w:val="ru-RU"/>
              </w:rPr>
              <w:br/>
              <w:t xml:space="preserve">  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действия. </w:t>
            </w:r>
            <w:r w:rsidRPr="00F3112D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1D3A79">
              <w:rPr>
                <w:lang w:val="ru-RU"/>
              </w:rPr>
              <w:br/>
            </w: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1D3A79">
              <w:rPr>
                <w:lang w:val="ru-RU"/>
              </w:rPr>
              <w:br/>
            </w: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1D3A79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417046" w:rsidRDefault="00F87835" w:rsidP="001D3A79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F3112D" w:rsidRDefault="001D3A79" w:rsidP="001D3A79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Упражнение в р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ешение задач в два действия.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10.04.2023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D3A79" w:rsidRPr="001D3A79" w:rsidRDefault="001D3A79" w:rsidP="001D3A79">
            <w:pPr>
              <w:autoSpaceDE w:val="0"/>
              <w:autoSpaceDN w:val="0"/>
              <w:spacing w:before="98" w:after="0"/>
              <w:ind w:left="72"/>
              <w:rPr>
                <w:lang w:val="ru-RU"/>
              </w:rPr>
            </w:pP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r w:rsidRPr="001D3A79">
              <w:rPr>
                <w:lang w:val="ru-RU"/>
              </w:rPr>
              <w:br/>
            </w: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опрос; </w:t>
            </w:r>
            <w:r w:rsidRPr="001D3A79">
              <w:rPr>
                <w:lang w:val="ru-RU"/>
              </w:rPr>
              <w:br/>
            </w:r>
            <w:r w:rsidRPr="001D3A79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Практическая работа;</w:t>
            </w:r>
          </w:p>
        </w:tc>
      </w:tr>
      <w:tr w:rsidR="00F87835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Pr="00417046" w:rsidRDefault="00F87835" w:rsidP="00F8783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Pr="00D87892" w:rsidRDefault="00F87835" w:rsidP="00F87835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однозначных 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чисел с переходом через десяток.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87835" w:rsidRPr="00417046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Pr="00417046" w:rsidRDefault="00F87835" w:rsidP="00F8783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Pr="00D87892" w:rsidRDefault="00F87835" w:rsidP="00F87835">
            <w:pPr>
              <w:autoSpaceDE w:val="0"/>
              <w:autoSpaceDN w:val="0"/>
              <w:spacing w:before="98" w:after="0" w:line="271" w:lineRule="auto"/>
              <w:ind w:left="576" w:right="288" w:hanging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однозначных чисел с переходом через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десяток  вида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□ + 2, □ + 3.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87835" w:rsidRPr="00417046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Pr="00417046" w:rsidRDefault="00F87835" w:rsidP="00F8783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Pr="00D87892" w:rsidRDefault="00F87835" w:rsidP="00F87835">
            <w:pPr>
              <w:autoSpaceDE w:val="0"/>
              <w:autoSpaceDN w:val="0"/>
              <w:spacing w:before="98" w:after="0" w:line="271" w:lineRule="auto"/>
              <w:ind w:left="576" w:right="288" w:hanging="576"/>
              <w:jc w:val="both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однозначных чисел с переходом через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ок  вида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□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+ 2, □ + 3.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12.04.2023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87835" w:rsidRPr="00417046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Pr="00417046" w:rsidRDefault="00F87835" w:rsidP="00F8783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124.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Pr="00D87892" w:rsidRDefault="00F87835" w:rsidP="00F87835">
            <w:pPr>
              <w:autoSpaceDE w:val="0"/>
              <w:autoSpaceDN w:val="0"/>
              <w:spacing w:before="100" w:after="0" w:line="271" w:lineRule="auto"/>
              <w:ind w:left="576" w:right="432" w:hanging="576"/>
              <w:jc w:val="both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Сложение однозначных чисел с пер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еходом через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десяток  вида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□ + 4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13.04.2023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87835" w:rsidRPr="00417046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Pr="00417046" w:rsidRDefault="00F87835" w:rsidP="00F8783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125.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Pr="00D87892" w:rsidRDefault="00F87835" w:rsidP="00F87835">
            <w:pPr>
              <w:autoSpaceDE w:val="0"/>
              <w:autoSpaceDN w:val="0"/>
              <w:spacing w:before="100" w:after="0" w:line="271" w:lineRule="auto"/>
              <w:ind w:left="576" w:right="432" w:hanging="576"/>
              <w:jc w:val="both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Сложение однозначных чисел с пер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еходом через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десяток  вида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□ + 4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13.04.2023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87835" w:rsidRPr="00417046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Pr="00417046" w:rsidRDefault="00F87835" w:rsidP="00F8783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126.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Pr="00D87892" w:rsidRDefault="00F87835" w:rsidP="00F87835">
            <w:pPr>
              <w:autoSpaceDE w:val="0"/>
              <w:autoSpaceDN w:val="0"/>
              <w:spacing w:before="100" w:after="0" w:line="271" w:lineRule="auto"/>
              <w:ind w:left="576" w:right="432" w:hanging="576"/>
              <w:jc w:val="both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Сложение однозначных чисел с переходом через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десяток  вида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□ + 5.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13.04.2023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F87835" w:rsidRPr="00417046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Pr="00417046" w:rsidRDefault="00F87835" w:rsidP="00F8783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127.</w:t>
            </w:r>
          </w:p>
        </w:tc>
        <w:tc>
          <w:tcPr>
            <w:tcW w:w="314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Pr="00D87892" w:rsidRDefault="00F87835" w:rsidP="00F87835">
            <w:pPr>
              <w:autoSpaceDE w:val="0"/>
              <w:autoSpaceDN w:val="0"/>
              <w:spacing w:before="100" w:after="0" w:line="271" w:lineRule="auto"/>
              <w:ind w:left="576" w:right="432" w:hanging="576"/>
              <w:jc w:val="both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Сложение однозначных чисел с переходом через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десяток  вида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□ + 5.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Закрепление.</w:t>
            </w:r>
          </w:p>
        </w:tc>
        <w:tc>
          <w:tcPr>
            <w:tcW w:w="73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13.04.2023</w:t>
            </w:r>
          </w:p>
        </w:tc>
        <w:tc>
          <w:tcPr>
            <w:tcW w:w="1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87835" w:rsidRDefault="00F87835" w:rsidP="00F87835">
            <w:pPr>
              <w:autoSpaceDE w:val="0"/>
              <w:autoSpaceDN w:val="0"/>
              <w:spacing w:before="100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1E6822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822" w:rsidRPr="00417046" w:rsidRDefault="001E6822" w:rsidP="001E6822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128.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822" w:rsidRPr="00D87892" w:rsidRDefault="001E6822" w:rsidP="001E6822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однозначных чисел с переходом через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десяток  вида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□ + 6.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822" w:rsidRDefault="001E6822" w:rsidP="001E682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822" w:rsidRDefault="001E6822" w:rsidP="001E682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822" w:rsidRDefault="001E6822" w:rsidP="001E682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822" w:rsidRDefault="001E6822" w:rsidP="001E682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822" w:rsidRDefault="001E6822" w:rsidP="001E682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1E6822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822" w:rsidRPr="00417046" w:rsidRDefault="001E6822" w:rsidP="001E6822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129.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822" w:rsidRPr="00D87892" w:rsidRDefault="001E6822" w:rsidP="001E6822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однозначных чисел с переходом через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десяток  вида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□ + 6.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822" w:rsidRDefault="001E6822" w:rsidP="001E682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822" w:rsidRDefault="001E6822" w:rsidP="001E682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822" w:rsidRDefault="001E6822" w:rsidP="001E682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822" w:rsidRDefault="001E6822" w:rsidP="001E682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17.04.2023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1E6822" w:rsidRDefault="001E6822" w:rsidP="001E6822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997EDF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7EDF" w:rsidRPr="00417046" w:rsidRDefault="00FF1001" w:rsidP="00997ED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7EDF" w:rsidRPr="00D87892" w:rsidRDefault="00997EDF" w:rsidP="00997EDF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Сложение однозначных чисел с переходом через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десяток  вида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□ + 7.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7EDF" w:rsidRDefault="00997EDF" w:rsidP="00997ED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7EDF" w:rsidRDefault="00997EDF" w:rsidP="00997E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7EDF" w:rsidRDefault="00997EDF" w:rsidP="00997E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7EDF" w:rsidRDefault="00997EDF" w:rsidP="00997ED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7EDF" w:rsidRDefault="00997EDF" w:rsidP="00997ED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997EDF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7EDF" w:rsidRPr="00417046" w:rsidRDefault="00FF1001" w:rsidP="00997EDF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7EDF" w:rsidRPr="00D87892" w:rsidRDefault="00997EDF" w:rsidP="00997EDF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Сложение однозначных чисел с переходом через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десяток  вида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□ + 7.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7EDF" w:rsidRDefault="00997EDF" w:rsidP="00997EDF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7EDF" w:rsidRDefault="00997EDF" w:rsidP="00997E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7EDF" w:rsidRDefault="00997EDF" w:rsidP="00997EDF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7EDF" w:rsidRDefault="00997EDF" w:rsidP="00997EDF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97EDF" w:rsidRDefault="00997EDF" w:rsidP="00997EDF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7653B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Pr="00417046" w:rsidRDefault="00C7653B" w:rsidP="00C7653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71" w:lineRule="auto"/>
              <w:ind w:left="576" w:right="288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однозначных чисел с переходом через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десяток  вида</w:t>
            </w:r>
            <w:proofErr w:type="gramEnd"/>
          </w:p>
          <w:p w:rsidR="00C7653B" w:rsidRPr="00C7653B" w:rsidRDefault="00C7653B" w:rsidP="00C7653B">
            <w:pPr>
              <w:autoSpaceDE w:val="0"/>
              <w:autoSpaceDN w:val="0"/>
              <w:spacing w:before="98" w:after="0" w:line="271" w:lineRule="auto"/>
              <w:ind w:left="576" w:right="288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□ + 8,  □ + 9.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7653B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Pr="00417046" w:rsidRDefault="00C7653B" w:rsidP="00C7653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71" w:lineRule="auto"/>
              <w:ind w:left="576" w:right="288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однозначных чисел с переходом через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десяток  вида</w:t>
            </w:r>
            <w:proofErr w:type="gramEnd"/>
          </w:p>
          <w:p w:rsidR="00C7653B" w:rsidRPr="00C7653B" w:rsidRDefault="00C7653B" w:rsidP="00C7653B">
            <w:pPr>
              <w:autoSpaceDE w:val="0"/>
              <w:autoSpaceDN w:val="0"/>
              <w:spacing w:before="98" w:after="0" w:line="271" w:lineRule="auto"/>
              <w:ind w:left="576" w:right="288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□ + </w:t>
            </w:r>
            <w:proofErr w:type="gram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8,  □</w:t>
            </w:r>
            <w:proofErr w:type="gramEnd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+ 9.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20.04.2023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7653B" w:rsidRPr="00417046" w:rsidTr="00787AAE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Pr="00417046" w:rsidRDefault="00C7653B" w:rsidP="00C7653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</w:rPr>
              <w:t>Таблица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сложения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24.04.2023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Default="00C7653B" w:rsidP="00C7653B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7653B" w:rsidRPr="00417046" w:rsidTr="00787AAE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Pr="00417046" w:rsidRDefault="00C7653B" w:rsidP="00C7653B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Pr="00C7653B" w:rsidRDefault="00C7653B" w:rsidP="00C7653B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 w:rsidRPr="00C7653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gramStart"/>
            <w:r w:rsidRPr="00C7653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Таблица  сложения</w:t>
            </w:r>
            <w:proofErr w:type="gramEnd"/>
            <w:r w:rsidRPr="00C7653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Pr="00C7653B" w:rsidRDefault="00C7653B" w:rsidP="00C7653B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C7653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Pr="00C7653B" w:rsidRDefault="00C7653B" w:rsidP="00C7653B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7653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Pr="00C7653B" w:rsidRDefault="00C7653B" w:rsidP="00C7653B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C7653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Pr="00C7653B" w:rsidRDefault="00C7653B" w:rsidP="00C7653B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C7653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24.04.2023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7653B" w:rsidRPr="00C7653B" w:rsidRDefault="00C7653B" w:rsidP="00C7653B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C7653B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3A4BB6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Pr="0041704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выражений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A4BB6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Pr="0041704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Pr="00A377A2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A377A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Решение задач и выражений. </w:t>
            </w:r>
          </w:p>
          <w:p w:rsidR="003A4BB6" w:rsidRPr="003A4BB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26.04.2023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A4BB6" w:rsidRPr="00417046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Pr="0041704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138.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Pr="00D87892" w:rsidRDefault="003A4BB6" w:rsidP="003A4BB6">
            <w:pPr>
              <w:autoSpaceDE w:val="0"/>
              <w:autoSpaceDN w:val="0"/>
              <w:spacing w:before="98" w:after="0" w:line="271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Общие приемы табличного вычитания с переходом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через десяток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27.04.2023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293AB4" w:rsidRPr="00417046" w:rsidRDefault="00293AB4">
      <w:pPr>
        <w:autoSpaceDE w:val="0"/>
        <w:autoSpaceDN w:val="0"/>
        <w:spacing w:after="0" w:line="14" w:lineRule="exact"/>
        <w:rPr>
          <w:lang w:val="ru-RU"/>
        </w:rPr>
      </w:pPr>
    </w:p>
    <w:p w:rsidR="00293AB4" w:rsidRPr="00417046" w:rsidRDefault="00293AB4">
      <w:pPr>
        <w:rPr>
          <w:lang w:val="ru-RU"/>
        </w:rPr>
        <w:sectPr w:rsidR="00293AB4" w:rsidRPr="00417046">
          <w:pgSz w:w="11900" w:h="16840"/>
          <w:pgMar w:top="284" w:right="650" w:bottom="48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93AB4" w:rsidRPr="00417046" w:rsidRDefault="00293AB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3A4BB6" w:rsidRPr="00C7653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Pr="00C7653B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11– □.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02.05.2023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A4BB6" w:rsidRPr="00C7653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Pr="00C7653B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7653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12 – □.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03.05.2023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Default="003A4BB6" w:rsidP="003A4BB6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3A4BB6" w:rsidRPr="00C7653B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Pr="00D057DC" w:rsidRDefault="00D057DC" w:rsidP="003A4BB6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141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Pr="003A4BB6" w:rsidRDefault="003A4BB6" w:rsidP="003A4BB6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Вычитание вида 12 – □,</w:t>
            </w:r>
            <w:r w:rsidRPr="003A4BB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13 – □.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Pr="003A4BB6" w:rsidRDefault="003A4BB6" w:rsidP="003A4BB6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3A4BB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Pr="003A4BB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3A4BB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Pr="003A4BB6" w:rsidRDefault="003A4BB6" w:rsidP="003A4BB6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3A4BB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Pr="003A4BB6" w:rsidRDefault="003A4BB6" w:rsidP="003A4BB6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3A4BB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03.05.2023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3A4BB6" w:rsidRPr="003A4BB6" w:rsidRDefault="003A4BB6" w:rsidP="003A4BB6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3A4BB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D057DC" w:rsidRPr="003A4BB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Pr="00D057DC" w:rsidRDefault="00D057DC" w:rsidP="00D057D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057D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30" w:lineRule="auto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14 – □.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08.05.2023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057DC" w:rsidRPr="003A4BB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Pr="003A4BB6" w:rsidRDefault="00D057DC" w:rsidP="00D057D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30" w:lineRule="auto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15 – □.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057DC" w:rsidRPr="003A4BB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Pr="003A4BB6" w:rsidRDefault="00CC0A82" w:rsidP="00D057D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30" w:lineRule="auto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16 – □.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Default="00D057DC" w:rsidP="00D057DC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D057DC" w:rsidRPr="003A4BB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Pr="003A4BB6" w:rsidRDefault="00CC0A82" w:rsidP="00D057DC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Pr="003A4BB6" w:rsidRDefault="00D057DC" w:rsidP="00D057DC">
            <w:pPr>
              <w:autoSpaceDE w:val="0"/>
              <w:autoSpaceDN w:val="0"/>
              <w:spacing w:before="98" w:after="0" w:line="230" w:lineRule="auto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Вычитание вида 14 – □, 15 – □,</w:t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>16 – □.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Pr="003A4BB6" w:rsidRDefault="00D057DC" w:rsidP="00D057DC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3A4BB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Pr="003A4BB6" w:rsidRDefault="00D057DC" w:rsidP="00D057D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3A4BB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Pr="003A4BB6" w:rsidRDefault="00D057DC" w:rsidP="00D057DC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3A4BB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Pr="003A4BB6" w:rsidRDefault="00D057DC" w:rsidP="00D057DC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3A4BB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03.05.2023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057DC" w:rsidRPr="003A4BB6" w:rsidRDefault="00D057DC" w:rsidP="00D057DC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3A4BB6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CC0A82" w:rsidRPr="003A4BB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C0A82" w:rsidRPr="003A4BB6" w:rsidRDefault="00CC0A82" w:rsidP="00CC0A82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C0A82" w:rsidRDefault="00CC0A82" w:rsidP="00CC0A82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17 – □, 18 –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□.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C0A82" w:rsidRDefault="00CC0A82" w:rsidP="00CC0A8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C0A82" w:rsidRDefault="00CC0A82" w:rsidP="00CC0A8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C0A82" w:rsidRDefault="00CC0A82" w:rsidP="00CC0A8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C0A82" w:rsidRDefault="00CC0A82" w:rsidP="00CC0A8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C0A82" w:rsidRDefault="00CC0A82" w:rsidP="00CC0A8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CC0A82" w:rsidRPr="003A4BB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C0A82" w:rsidRPr="003A4BB6" w:rsidRDefault="00CC0A82" w:rsidP="00CC0A82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C0A82" w:rsidRDefault="00CC0A82" w:rsidP="00CC0A82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14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17 – □, 18 –</w:t>
            </w:r>
            <w:r>
              <w:tab/>
            </w: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□.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Закрепление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C0A82" w:rsidRDefault="00CC0A82" w:rsidP="00CC0A82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C0A82" w:rsidRDefault="00CC0A82" w:rsidP="00CC0A8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C0A82" w:rsidRDefault="00CC0A82" w:rsidP="00CC0A82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C0A82" w:rsidRDefault="00CC0A82" w:rsidP="00CC0A82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18.05.2023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C0A82" w:rsidRDefault="00CC0A82" w:rsidP="00CC0A82">
            <w:pPr>
              <w:autoSpaceDE w:val="0"/>
              <w:autoSpaceDN w:val="0"/>
              <w:spacing w:before="98" w:after="0"/>
              <w:ind w:left="7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22157D" w:rsidRPr="003A4BB6">
        <w:trPr>
          <w:trHeight w:hRule="exact" w:val="148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Pr="003A4BB6" w:rsidRDefault="0022157D" w:rsidP="0022157D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148.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30" w:lineRule="auto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10.05.2023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62" w:lineRule="auto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p w:rsidR="00293AB4" w:rsidRPr="003A4BB6" w:rsidRDefault="00293AB4">
      <w:pPr>
        <w:autoSpaceDE w:val="0"/>
        <w:autoSpaceDN w:val="0"/>
        <w:spacing w:after="0" w:line="14" w:lineRule="exact"/>
        <w:rPr>
          <w:lang w:val="ru-RU"/>
        </w:rPr>
      </w:pPr>
    </w:p>
    <w:p w:rsidR="00293AB4" w:rsidRPr="003A4BB6" w:rsidRDefault="00293AB4">
      <w:pPr>
        <w:rPr>
          <w:lang w:val="ru-RU"/>
        </w:rPr>
        <w:sectPr w:rsidR="00293AB4" w:rsidRPr="003A4BB6">
          <w:pgSz w:w="11900" w:h="16840"/>
          <w:pgMar w:top="284" w:right="650" w:bottom="316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93AB4" w:rsidRPr="003A4BB6" w:rsidRDefault="00293AB4">
      <w:pPr>
        <w:autoSpaceDE w:val="0"/>
        <w:autoSpaceDN w:val="0"/>
        <w:spacing w:after="66" w:line="220" w:lineRule="exact"/>
        <w:rPr>
          <w:lang w:val="ru-RU"/>
        </w:rPr>
      </w:pPr>
    </w:p>
    <w:tbl>
      <w:tblPr>
        <w:tblW w:w="0" w:type="auto"/>
        <w:tblInd w:w="11" w:type="dxa"/>
        <w:tblLayout w:type="fixed"/>
        <w:tblLook w:val="04A0" w:firstRow="1" w:lastRow="0" w:firstColumn="1" w:lastColumn="0" w:noHBand="0" w:noVBand="1"/>
      </w:tblPr>
      <w:tblGrid>
        <w:gridCol w:w="576"/>
        <w:gridCol w:w="3144"/>
        <w:gridCol w:w="734"/>
        <w:gridCol w:w="1620"/>
        <w:gridCol w:w="1668"/>
        <w:gridCol w:w="1236"/>
        <w:gridCol w:w="1574"/>
      </w:tblGrid>
      <w:tr w:rsidR="0022157D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149.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над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ошибками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22157D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150.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Pr="00D87892" w:rsidRDefault="0022157D" w:rsidP="0022157D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однозначных чисел с переходом через десяток.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22157D" w:rsidRDefault="0022157D" w:rsidP="0022157D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4D30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Pr="0022157D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и вычитание однозначных чисел с 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переходом через </w:t>
            </w:r>
            <w:proofErr w:type="spell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десяток.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</w:t>
            </w:r>
            <w:proofErr w:type="spellEnd"/>
          </w:p>
          <w:p w:rsidR="005F4D30" w:rsidRDefault="005F4D30" w:rsidP="005F4D30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</w:p>
          <w:p w:rsidR="005F4D30" w:rsidRPr="00D87892" w:rsidRDefault="005F4D30" w:rsidP="005F4D30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Закреплениее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4D30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Pr="0022157D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A011E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22157D" w:rsidRDefault="004A011E" w:rsidP="004A01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D87892" w:rsidRDefault="004A011E" w:rsidP="004A011E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однозначных чисел с переходом через десяток.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Default="004A011E" w:rsidP="004A011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Default="004A011E" w:rsidP="004A011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Default="004A011E" w:rsidP="004A011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Default="004A011E" w:rsidP="004A011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22.05.2023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Default="004A011E" w:rsidP="004A011E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A011E" w:rsidRPr="004A011E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22157D" w:rsidRDefault="004A011E" w:rsidP="004A01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D87892" w:rsidRDefault="004A011E" w:rsidP="004A011E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однозначных чисел с переходом через десяток.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Закрепление.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4A011E" w:rsidRDefault="004A011E" w:rsidP="004A011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4A011E" w:rsidRDefault="004A011E" w:rsidP="004A01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4A011E" w:rsidRDefault="004A011E" w:rsidP="004A01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4A011E" w:rsidRDefault="004A011E" w:rsidP="004A011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22.05.2023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4A011E" w:rsidRDefault="004A011E" w:rsidP="004A011E">
            <w:pPr>
              <w:autoSpaceDE w:val="0"/>
              <w:autoSpaceDN w:val="0"/>
              <w:spacing w:before="98" w:after="0" w:line="262" w:lineRule="auto"/>
              <w:ind w:left="72" w:right="576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Устный опрос;</w:t>
            </w:r>
          </w:p>
        </w:tc>
      </w:tr>
      <w:tr w:rsidR="00473D64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D64" w:rsidRPr="0022157D" w:rsidRDefault="00473D64" w:rsidP="00473D64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D64" w:rsidRPr="00D87892" w:rsidRDefault="00473D64" w:rsidP="00473D64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однозначных чисел с переходом через десяток.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D64" w:rsidRPr="004A011E" w:rsidRDefault="00473D64" w:rsidP="00473D64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D64" w:rsidRPr="004A011E" w:rsidRDefault="00473D64" w:rsidP="00473D6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D64" w:rsidRPr="004A011E" w:rsidRDefault="00473D64" w:rsidP="00473D64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D64" w:rsidRPr="004A011E" w:rsidRDefault="00473D64" w:rsidP="00473D64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22.05.2023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D64" w:rsidRDefault="00473D64" w:rsidP="00473D64">
            <w:pPr>
              <w:autoSpaceDE w:val="0"/>
              <w:autoSpaceDN w:val="0"/>
              <w:spacing w:before="98" w:after="0" w:line="262" w:lineRule="auto"/>
              <w:ind w:left="72" w:right="576"/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A011E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22157D" w:rsidRDefault="004A011E" w:rsidP="004A01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156.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D87892" w:rsidRDefault="004A011E" w:rsidP="004A011E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однозначных чисел с переходом через десяток.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4A011E" w:rsidRDefault="004A011E" w:rsidP="004A011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4A011E" w:rsidRDefault="004A011E" w:rsidP="004A01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4A011E" w:rsidRDefault="004A011E" w:rsidP="004A01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4A011E" w:rsidRDefault="004A011E" w:rsidP="004A011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22.05.2023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Default="004A011E" w:rsidP="004A011E">
            <w:pPr>
              <w:autoSpaceDE w:val="0"/>
              <w:autoSpaceDN w:val="0"/>
              <w:spacing w:before="98" w:after="0" w:line="262" w:lineRule="auto"/>
              <w:ind w:left="72" w:right="576"/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A011E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22157D" w:rsidRDefault="004A011E" w:rsidP="004A01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157.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Default="004A011E" w:rsidP="004A011E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Сложение и вычитание 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однозначных чисел с переходом через </w:t>
            </w:r>
            <w:proofErr w:type="spellStart"/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десяток.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Закреплени</w:t>
            </w:r>
            <w:proofErr w:type="spellEnd"/>
          </w:p>
          <w:p w:rsidR="004A011E" w:rsidRPr="00D87892" w:rsidRDefault="004A011E" w:rsidP="004A011E">
            <w:pPr>
              <w:autoSpaceDE w:val="0"/>
              <w:autoSpaceDN w:val="0"/>
              <w:spacing w:before="98" w:after="0" w:line="271" w:lineRule="auto"/>
              <w:ind w:left="576" w:right="432" w:hanging="576"/>
              <w:rPr>
                <w:lang w:val="ru-RU"/>
              </w:rPr>
            </w:pP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4A011E" w:rsidRDefault="004A011E" w:rsidP="004A011E">
            <w:pPr>
              <w:autoSpaceDE w:val="0"/>
              <w:autoSpaceDN w:val="0"/>
              <w:spacing w:before="98" w:after="0" w:line="230" w:lineRule="auto"/>
              <w:ind w:left="74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4A011E" w:rsidRDefault="004A011E" w:rsidP="004A01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4A011E" w:rsidRDefault="004A011E" w:rsidP="004A011E">
            <w:pPr>
              <w:autoSpaceDE w:val="0"/>
              <w:autoSpaceDN w:val="0"/>
              <w:spacing w:before="98" w:after="0" w:line="230" w:lineRule="auto"/>
              <w:ind w:left="72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4A011E" w:rsidRDefault="004A011E" w:rsidP="004A011E">
            <w:pPr>
              <w:autoSpaceDE w:val="0"/>
              <w:autoSpaceDN w:val="0"/>
              <w:spacing w:before="98" w:after="0" w:line="230" w:lineRule="auto"/>
              <w:jc w:val="center"/>
              <w:rPr>
                <w:lang w:val="ru-RU"/>
              </w:rPr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22.05.2023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Default="004A011E" w:rsidP="004A011E">
            <w:pPr>
              <w:autoSpaceDE w:val="0"/>
              <w:autoSpaceDN w:val="0"/>
              <w:spacing w:before="98" w:after="0" w:line="262" w:lineRule="auto"/>
              <w:ind w:left="72" w:right="576"/>
            </w:pPr>
            <w:r w:rsidRPr="004A011E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Устный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4A011E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Pr="0022157D" w:rsidRDefault="004A011E" w:rsidP="004A011E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158.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Default="004A011E" w:rsidP="004A011E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Default="004A011E" w:rsidP="004A011E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Default="004A011E" w:rsidP="004A011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Default="004A011E" w:rsidP="004A011E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Default="004A011E" w:rsidP="004A011E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23.05.2023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A011E" w:rsidRDefault="004A011E" w:rsidP="004A011E">
            <w:pPr>
              <w:autoSpaceDE w:val="0"/>
              <w:autoSpaceDN w:val="0"/>
              <w:spacing w:before="98" w:after="0"/>
              <w:ind w:left="72" w:right="144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4D30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lastRenderedPageBreak/>
              <w:t>159.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100" w:after="0" w:line="262" w:lineRule="auto"/>
              <w:ind w:right="43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фигуры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24.05.2023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100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4D30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160.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100" w:after="0" w:line="262" w:lineRule="auto"/>
              <w:ind w:right="432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фигуры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длины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100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100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24.05.2023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100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4D30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161.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П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остроение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отрезков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25.05.2023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/>
              <w:ind w:left="156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4D30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162.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tabs>
                <w:tab w:val="left" w:pos="576"/>
              </w:tabs>
              <w:autoSpaceDE w:val="0"/>
              <w:autoSpaceDN w:val="0"/>
              <w:spacing w:before="98" w:after="0" w:line="262" w:lineRule="auto"/>
              <w:ind w:right="432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tab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отрезков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25.05.2023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/>
              <w:ind w:left="156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4D30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163.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26.05.2023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7548BE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</w:p>
        </w:tc>
      </w:tr>
      <w:tr w:rsidR="005F4D30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164.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Решение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26.05.2023 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/>
              <w:ind w:left="156" w:right="144" w:hanging="156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; </w:t>
            </w:r>
            <w:r>
              <w:br/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Письменный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контроль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  <w:tr w:rsidR="005F4D30" w:rsidTr="00F87835">
        <w:trPr>
          <w:trHeight w:hRule="exact" w:val="15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165.</w:t>
            </w:r>
          </w:p>
        </w:tc>
        <w:tc>
          <w:tcPr>
            <w:tcW w:w="3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Pr="00D87892" w:rsidRDefault="005F4D30" w:rsidP="005F4D30">
            <w:pPr>
              <w:autoSpaceDE w:val="0"/>
              <w:autoSpaceDN w:val="0"/>
              <w:spacing w:before="98" w:after="0" w:line="271" w:lineRule="auto"/>
              <w:ind w:left="156" w:right="288" w:hanging="156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Повторение пройденного.</w:t>
            </w:r>
            <w:r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 xml:space="preserve">«Что узнали. Чему </w:t>
            </w:r>
            <w:r w:rsidRPr="00D87892">
              <w:rPr>
                <w:lang w:val="ru-RU"/>
              </w:rPr>
              <w:br/>
            </w: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научились».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30" w:lineRule="auto"/>
              <w:jc w:val="center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29.05.2023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5F4D30" w:rsidRDefault="005F4D30" w:rsidP="005F4D30">
            <w:pPr>
              <w:autoSpaceDE w:val="0"/>
              <w:autoSpaceDN w:val="0"/>
              <w:spacing w:before="98" w:after="0" w:line="262" w:lineRule="auto"/>
              <w:ind w:left="72" w:right="576"/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Устный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</w:rPr>
              <w:t>опрос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</w:rPr>
              <w:t>;</w:t>
            </w:r>
          </w:p>
        </w:tc>
      </w:tr>
    </w:tbl>
    <w:tbl>
      <w:tblPr>
        <w:tblpPr w:leftFromText="180" w:rightFromText="180" w:vertAnchor="text" w:horzAnchor="margin" w:tblpY="23"/>
        <w:tblW w:w="0" w:type="auto"/>
        <w:tblLayout w:type="fixed"/>
        <w:tblLook w:val="04A0" w:firstRow="1" w:lastRow="0" w:firstColumn="1" w:lastColumn="0" w:noHBand="0" w:noVBand="1"/>
      </w:tblPr>
      <w:tblGrid>
        <w:gridCol w:w="3720"/>
        <w:gridCol w:w="734"/>
        <w:gridCol w:w="1620"/>
        <w:gridCol w:w="4478"/>
      </w:tblGrid>
      <w:tr w:rsidR="00473D64" w:rsidTr="00473D64">
        <w:trPr>
          <w:trHeight w:hRule="exact" w:val="808"/>
        </w:trPr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D64" w:rsidRPr="00D87892" w:rsidRDefault="00473D64" w:rsidP="00473D64">
            <w:pPr>
              <w:autoSpaceDE w:val="0"/>
              <w:autoSpaceDN w:val="0"/>
              <w:spacing w:before="98" w:after="0" w:line="262" w:lineRule="auto"/>
              <w:ind w:left="72" w:right="144"/>
              <w:rPr>
                <w:lang w:val="ru-RU"/>
              </w:rPr>
            </w:pPr>
            <w:r w:rsidRPr="00D87892">
              <w:rPr>
                <w:rFonts w:ascii="Times New Roman" w:eastAsia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D64" w:rsidRDefault="00473D64" w:rsidP="00473D64">
            <w:pPr>
              <w:autoSpaceDE w:val="0"/>
              <w:autoSpaceDN w:val="0"/>
              <w:spacing w:before="98" w:after="0" w:line="230" w:lineRule="auto"/>
              <w:ind w:left="74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D64" w:rsidRDefault="00473D64" w:rsidP="00473D6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473D64" w:rsidRDefault="00473D64" w:rsidP="00473D64">
            <w:pPr>
              <w:autoSpaceDE w:val="0"/>
              <w:autoSpaceDN w:val="0"/>
              <w:spacing w:before="98" w:after="0" w:line="230" w:lineRule="auto"/>
              <w:ind w:left="72"/>
            </w:pPr>
            <w:r>
              <w:rPr>
                <w:rFonts w:ascii="Times New Roman" w:eastAsia="Times New Roman" w:hAnsi="Times New Roman"/>
                <w:color w:val="000000"/>
                <w:sz w:val="24"/>
              </w:rPr>
              <w:t>11</w:t>
            </w:r>
          </w:p>
        </w:tc>
      </w:tr>
    </w:tbl>
    <w:p w:rsidR="00293AB4" w:rsidRPr="001D3A79" w:rsidRDefault="00293AB4">
      <w:pPr>
        <w:rPr>
          <w:lang w:val="ru-RU"/>
        </w:rPr>
        <w:sectPr w:rsidR="00293AB4" w:rsidRPr="001D3A79">
          <w:pgSz w:w="11900" w:h="16840"/>
          <w:pgMar w:top="284" w:right="650" w:bottom="7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93AB4" w:rsidRDefault="00293AB4">
      <w:pPr>
        <w:sectPr w:rsidR="00293AB4">
          <w:pgSz w:w="11900" w:h="16840"/>
          <w:pgMar w:top="284" w:right="650" w:bottom="56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93AB4" w:rsidRDefault="00293AB4">
      <w:pPr>
        <w:sectPr w:rsidR="00293AB4">
          <w:pgSz w:w="11900" w:h="16840"/>
          <w:pgMar w:top="284" w:right="650" w:bottom="482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93AB4" w:rsidRDefault="00293AB4">
      <w:pPr>
        <w:sectPr w:rsidR="00293AB4">
          <w:pgSz w:w="11900" w:h="16840"/>
          <w:pgMar w:top="284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93AB4" w:rsidRPr="00473D64" w:rsidRDefault="00F84F7D">
      <w:pPr>
        <w:autoSpaceDE w:val="0"/>
        <w:autoSpaceDN w:val="0"/>
        <w:spacing w:after="0" w:line="230" w:lineRule="auto"/>
        <w:rPr>
          <w:lang w:val="ru-RU"/>
        </w:rPr>
      </w:pPr>
      <w:r w:rsidRPr="00473D64">
        <w:rPr>
          <w:rFonts w:ascii="Times New Roman" w:eastAsia="Times New Roman" w:hAnsi="Times New Roman"/>
          <w:b/>
          <w:color w:val="000000"/>
          <w:sz w:val="24"/>
          <w:lang w:val="ru-RU"/>
        </w:rPr>
        <w:lastRenderedPageBreak/>
        <w:t xml:space="preserve">УЧЕБНО-МЕТОДИЧЕСКОЕ ОБЕСПЕЧЕНИЕ ОБРАЗОВАТЕЛЬНОГО ПРОЦЕССА </w:t>
      </w:r>
    </w:p>
    <w:p w:rsidR="00293AB4" w:rsidRPr="00473D64" w:rsidRDefault="00F84F7D">
      <w:pPr>
        <w:autoSpaceDE w:val="0"/>
        <w:autoSpaceDN w:val="0"/>
        <w:spacing w:before="346" w:after="0" w:line="230" w:lineRule="auto"/>
        <w:rPr>
          <w:lang w:val="ru-RU"/>
        </w:rPr>
      </w:pPr>
      <w:r w:rsidRPr="00473D64">
        <w:rPr>
          <w:rFonts w:ascii="Times New Roman" w:eastAsia="Times New Roman" w:hAnsi="Times New Roman"/>
          <w:b/>
          <w:color w:val="000000"/>
          <w:sz w:val="24"/>
          <w:lang w:val="ru-RU"/>
        </w:rPr>
        <w:t>ОБЯЗАТЕЛЬНЫЕ УЧЕБНЫЕ МАТЕРИАЛЫ ДЛЯ УЧЕНИКА</w:t>
      </w:r>
    </w:p>
    <w:p w:rsidR="00293AB4" w:rsidRPr="00D87892" w:rsidRDefault="00F84F7D">
      <w:pPr>
        <w:autoSpaceDE w:val="0"/>
        <w:autoSpaceDN w:val="0"/>
        <w:spacing w:before="166" w:after="0" w:line="281" w:lineRule="auto"/>
        <w:ind w:right="144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Математика (в 2 частях), 1 класс /Моро М.И., Волкова С.И., Степанова С.В., Акционерное </w:t>
      </w:r>
      <w:proofErr w:type="spellStart"/>
      <w:proofErr w:type="gram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общество«</w:t>
      </w:r>
      <w:proofErr w:type="gram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Издательство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«Просвещение»;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Акционерное общество «Издательство «Просвещ</w:t>
      </w:r>
      <w:r w:rsidR="00473D64">
        <w:rPr>
          <w:rFonts w:ascii="Times New Roman" w:eastAsia="Times New Roman" w:hAnsi="Times New Roman"/>
          <w:color w:val="000000"/>
          <w:sz w:val="24"/>
          <w:lang w:val="ru-RU"/>
        </w:rPr>
        <w:t xml:space="preserve">ение»;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Печатная</w:t>
      </w:r>
      <w:r w:rsidR="00473D64">
        <w:rPr>
          <w:rFonts w:ascii="Times New Roman" w:eastAsia="Times New Roman" w:hAnsi="Times New Roman"/>
          <w:color w:val="000000"/>
          <w:sz w:val="24"/>
          <w:lang w:val="ru-RU"/>
        </w:rPr>
        <w:t xml:space="preserve"> рабочая тетрадь. В 2 </w:t>
      </w:r>
      <w:proofErr w:type="gramStart"/>
      <w:r w:rsidR="00473D64">
        <w:rPr>
          <w:rFonts w:ascii="Times New Roman" w:eastAsia="Times New Roman" w:hAnsi="Times New Roman"/>
          <w:color w:val="000000"/>
          <w:sz w:val="24"/>
          <w:lang w:val="ru-RU"/>
        </w:rPr>
        <w:t>частях.;</w:t>
      </w:r>
      <w:proofErr w:type="gramEnd"/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Введите свой вариант:</w:t>
      </w:r>
    </w:p>
    <w:p w:rsidR="00293AB4" w:rsidRPr="00D87892" w:rsidRDefault="00F84F7D">
      <w:pPr>
        <w:autoSpaceDE w:val="0"/>
        <w:autoSpaceDN w:val="0"/>
        <w:spacing w:before="262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>МЕТОДИЧЕСКИЕ МАТЕРИАЛЫ ДЛЯ УЧИТЕЛЯ</w:t>
      </w:r>
    </w:p>
    <w:p w:rsidR="00293AB4" w:rsidRPr="00D87892" w:rsidRDefault="00F84F7D">
      <w:pPr>
        <w:autoSpaceDE w:val="0"/>
        <w:autoSpaceDN w:val="0"/>
        <w:spacing w:before="168" w:after="0" w:line="262" w:lineRule="auto"/>
        <w:ind w:right="144"/>
        <w:rPr>
          <w:lang w:val="ru-RU"/>
        </w:rPr>
      </w:pPr>
      <w:proofErr w:type="spellStart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Ситникова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 Т.Н., Яценко И.Ф. Поурочные разработки по математике. 1 класс. - М.: ВАКО, 2018. - 464 с. - (В помощь школьному учителю). </w:t>
      </w:r>
    </w:p>
    <w:p w:rsidR="00293AB4" w:rsidRPr="00D87892" w:rsidRDefault="00F84F7D">
      <w:pPr>
        <w:autoSpaceDE w:val="0"/>
        <w:autoSpaceDN w:val="0"/>
        <w:spacing w:before="70" w:after="0" w:line="262" w:lineRule="auto"/>
        <w:ind w:right="432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Методические рекомендации с поурочными разработками по "Математике" 1 класс УМК "Школа России"</w:t>
      </w:r>
    </w:p>
    <w:p w:rsidR="00293AB4" w:rsidRPr="00D87892" w:rsidRDefault="00F84F7D">
      <w:pPr>
        <w:autoSpaceDE w:val="0"/>
        <w:autoSpaceDN w:val="0"/>
        <w:spacing w:before="262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:rsidR="00293AB4" w:rsidRPr="00D87892" w:rsidRDefault="00F84F7D">
      <w:pPr>
        <w:autoSpaceDE w:val="0"/>
        <w:autoSpaceDN w:val="0"/>
        <w:spacing w:before="166" w:after="0" w:line="281" w:lineRule="auto"/>
        <w:ind w:right="7200"/>
        <w:rPr>
          <w:lang w:val="ru-RU"/>
        </w:rPr>
      </w:pPr>
      <w:r>
        <w:rPr>
          <w:rFonts w:ascii="Times New Roman" w:eastAsia="Times New Roman" w:hAnsi="Times New Roman"/>
          <w:color w:val="000000"/>
          <w:sz w:val="24"/>
        </w:rPr>
        <w:t>https</w:t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nsportal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D87892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uchportal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/</w:t>
      </w:r>
      <w:r>
        <w:rPr>
          <w:rFonts w:ascii="Times New Roman" w:eastAsia="Times New Roman" w:hAnsi="Times New Roman"/>
          <w:color w:val="000000"/>
          <w:sz w:val="24"/>
        </w:rPr>
        <w:t>load</w:t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/46 </w:t>
      </w:r>
      <w:r w:rsidRPr="00D87892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urok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.1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sept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D87892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</w:t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r>
        <w:rPr>
          <w:rFonts w:ascii="Times New Roman" w:eastAsia="Times New Roman" w:hAnsi="Times New Roman"/>
          <w:color w:val="000000"/>
          <w:sz w:val="24"/>
        </w:rPr>
        <w:t>www</w:t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nachalka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r>
        <w:rPr>
          <w:rFonts w:ascii="Times New Roman" w:eastAsia="Times New Roman" w:hAnsi="Times New Roman"/>
          <w:color w:val="000000"/>
          <w:sz w:val="24"/>
        </w:rPr>
        <w:t>com</w:t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  <w:r w:rsidRPr="00D87892">
        <w:rPr>
          <w:lang w:val="ru-RU"/>
        </w:rPr>
        <w:br/>
      </w:r>
      <w:r>
        <w:rPr>
          <w:rFonts w:ascii="Times New Roman" w:eastAsia="Times New Roman" w:hAnsi="Times New Roman"/>
          <w:color w:val="000000"/>
          <w:sz w:val="24"/>
        </w:rPr>
        <w:t>https</w:t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://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infourok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.</w:t>
      </w:r>
      <w:proofErr w:type="spellStart"/>
      <w:r>
        <w:rPr>
          <w:rFonts w:ascii="Times New Roman" w:eastAsia="Times New Roman" w:hAnsi="Times New Roman"/>
          <w:color w:val="000000"/>
          <w:sz w:val="24"/>
        </w:rPr>
        <w:t>ru</w:t>
      </w:r>
      <w:proofErr w:type="spellEnd"/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/ </w:t>
      </w:r>
    </w:p>
    <w:p w:rsidR="00293AB4" w:rsidRPr="00D87892" w:rsidRDefault="00293AB4">
      <w:pPr>
        <w:rPr>
          <w:lang w:val="ru-RU"/>
        </w:rPr>
        <w:sectPr w:rsidR="00293AB4" w:rsidRPr="00D87892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293AB4" w:rsidRPr="00D87892" w:rsidRDefault="00293AB4">
      <w:pPr>
        <w:autoSpaceDE w:val="0"/>
        <w:autoSpaceDN w:val="0"/>
        <w:spacing w:after="78" w:line="220" w:lineRule="exact"/>
        <w:rPr>
          <w:lang w:val="ru-RU"/>
        </w:rPr>
      </w:pPr>
    </w:p>
    <w:p w:rsidR="00293AB4" w:rsidRPr="00D87892" w:rsidRDefault="00F84F7D">
      <w:pPr>
        <w:autoSpaceDE w:val="0"/>
        <w:autoSpaceDN w:val="0"/>
        <w:spacing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>МАТЕРИАЛЬНО-ТЕХНИЧЕСКОЕ ОБЕСПЕЧЕНИЕ ОБРАЗОВАТЕЛЬНОГО ПРОЦЕССА</w:t>
      </w:r>
    </w:p>
    <w:p w:rsidR="00293AB4" w:rsidRPr="00D87892" w:rsidRDefault="00F84F7D">
      <w:pPr>
        <w:autoSpaceDE w:val="0"/>
        <w:autoSpaceDN w:val="0"/>
        <w:spacing w:before="346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>УЧЕБНОЕ ОБОРУДОВАНИЕ</w:t>
      </w:r>
    </w:p>
    <w:p w:rsidR="00293AB4" w:rsidRPr="00D87892" w:rsidRDefault="00F84F7D">
      <w:pPr>
        <w:autoSpaceDE w:val="0"/>
        <w:autoSpaceDN w:val="0"/>
        <w:spacing w:before="166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Мультимедийный проектор.</w:t>
      </w:r>
    </w:p>
    <w:p w:rsidR="00293AB4" w:rsidRPr="00D87892" w:rsidRDefault="00F84F7D">
      <w:pPr>
        <w:autoSpaceDE w:val="0"/>
        <w:autoSpaceDN w:val="0"/>
        <w:spacing w:before="70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Компьютер. </w:t>
      </w:r>
    </w:p>
    <w:p w:rsidR="00293AB4" w:rsidRPr="00D87892" w:rsidRDefault="00F84F7D">
      <w:pPr>
        <w:autoSpaceDE w:val="0"/>
        <w:autoSpaceDN w:val="0"/>
        <w:spacing w:before="70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Колонки. </w:t>
      </w:r>
    </w:p>
    <w:p w:rsidR="00293AB4" w:rsidRPr="00D87892" w:rsidRDefault="00F84F7D">
      <w:pPr>
        <w:autoSpaceDE w:val="0"/>
        <w:autoSpaceDN w:val="0"/>
        <w:spacing w:before="70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Электронное приложение к учебнику. </w:t>
      </w:r>
    </w:p>
    <w:p w:rsidR="00293AB4" w:rsidRPr="00D87892" w:rsidRDefault="00F84F7D">
      <w:pPr>
        <w:autoSpaceDE w:val="0"/>
        <w:autoSpaceDN w:val="0"/>
        <w:spacing w:before="70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Лента чисел. </w:t>
      </w:r>
    </w:p>
    <w:p w:rsidR="00293AB4" w:rsidRPr="00D87892" w:rsidRDefault="00F84F7D">
      <w:pPr>
        <w:autoSpaceDE w:val="0"/>
        <w:autoSpaceDN w:val="0"/>
        <w:spacing w:before="70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Раздаточный материал. </w:t>
      </w:r>
    </w:p>
    <w:p w:rsidR="00293AB4" w:rsidRPr="00D87892" w:rsidRDefault="00F84F7D">
      <w:pPr>
        <w:autoSpaceDE w:val="0"/>
        <w:autoSpaceDN w:val="0"/>
        <w:spacing w:before="70" w:after="0" w:line="262" w:lineRule="auto"/>
        <w:ind w:right="6624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Таблицы по математике: </w:t>
      </w:r>
      <w:r w:rsidRPr="00D87892">
        <w:rPr>
          <w:lang w:val="ru-RU"/>
        </w:rPr>
        <w:br/>
      </w: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1.Написание чисел. Сравнение чисел. </w:t>
      </w:r>
    </w:p>
    <w:p w:rsidR="00293AB4" w:rsidRPr="00D87892" w:rsidRDefault="00F84F7D">
      <w:pPr>
        <w:autoSpaceDE w:val="0"/>
        <w:autoSpaceDN w:val="0"/>
        <w:spacing w:before="72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2.Состав чисел 1-10. </w:t>
      </w:r>
    </w:p>
    <w:p w:rsidR="00293AB4" w:rsidRPr="00D87892" w:rsidRDefault="00F84F7D">
      <w:pPr>
        <w:autoSpaceDE w:val="0"/>
        <w:autoSpaceDN w:val="0"/>
        <w:spacing w:before="70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3.Слагаемое, слагаемое, сумма. </w:t>
      </w:r>
    </w:p>
    <w:p w:rsidR="00293AB4" w:rsidRPr="00D87892" w:rsidRDefault="00F84F7D">
      <w:pPr>
        <w:autoSpaceDE w:val="0"/>
        <w:autoSpaceDN w:val="0"/>
        <w:spacing w:before="70" w:after="0" w:line="262" w:lineRule="auto"/>
        <w:ind w:right="4176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 xml:space="preserve">4.Увеличить (уменьшить) на ... На сколько больше (меньше). 5 Меры длины. </w:t>
      </w:r>
    </w:p>
    <w:p w:rsidR="00293AB4" w:rsidRPr="00D87892" w:rsidRDefault="00F84F7D">
      <w:pPr>
        <w:autoSpaceDE w:val="0"/>
        <w:autoSpaceDN w:val="0"/>
        <w:spacing w:before="262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 ДЛЯ ПРОВЕДЕНИЯ ЛАБОРАТОРНЫХ И ПРАКТИЧЕСКИХ РАБОТ</w:t>
      </w:r>
    </w:p>
    <w:p w:rsidR="00293AB4" w:rsidRPr="00D87892" w:rsidRDefault="00F84F7D">
      <w:pPr>
        <w:autoSpaceDE w:val="0"/>
        <w:autoSpaceDN w:val="0"/>
        <w:spacing w:before="166" w:after="0" w:line="230" w:lineRule="auto"/>
        <w:rPr>
          <w:lang w:val="ru-RU"/>
        </w:rPr>
      </w:pPr>
      <w:r w:rsidRPr="00D87892">
        <w:rPr>
          <w:rFonts w:ascii="Times New Roman" w:eastAsia="Times New Roman" w:hAnsi="Times New Roman"/>
          <w:color w:val="000000"/>
          <w:sz w:val="24"/>
          <w:lang w:val="ru-RU"/>
        </w:rPr>
        <w:t>Комплект инструментов: линейка 60 см, линейка 1 м, транспортир, треугольник, циркуль.</w:t>
      </w:r>
    </w:p>
    <w:p w:rsidR="00293AB4" w:rsidRPr="00D87892" w:rsidRDefault="00293AB4">
      <w:pPr>
        <w:rPr>
          <w:lang w:val="ru-RU"/>
        </w:rPr>
        <w:sectPr w:rsidR="00293AB4" w:rsidRPr="00D87892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:rsidR="00F84F7D" w:rsidRPr="00D87892" w:rsidRDefault="00F84F7D">
      <w:pPr>
        <w:rPr>
          <w:lang w:val="ru-RU"/>
        </w:rPr>
      </w:pPr>
    </w:p>
    <w:sectPr w:rsidR="00F84F7D" w:rsidRPr="00D87892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730"/>
    <w:rsid w:val="00004E7C"/>
    <w:rsid w:val="00025CE6"/>
    <w:rsid w:val="00034616"/>
    <w:rsid w:val="0006063C"/>
    <w:rsid w:val="00064EDE"/>
    <w:rsid w:val="0015074B"/>
    <w:rsid w:val="001B2190"/>
    <w:rsid w:val="001D3A79"/>
    <w:rsid w:val="001E6822"/>
    <w:rsid w:val="0022157D"/>
    <w:rsid w:val="00227F05"/>
    <w:rsid w:val="00293AB4"/>
    <w:rsid w:val="0029639D"/>
    <w:rsid w:val="002963DE"/>
    <w:rsid w:val="00326F90"/>
    <w:rsid w:val="003A4BB6"/>
    <w:rsid w:val="00400B8E"/>
    <w:rsid w:val="00417046"/>
    <w:rsid w:val="0042679F"/>
    <w:rsid w:val="00463518"/>
    <w:rsid w:val="00473D64"/>
    <w:rsid w:val="004A011E"/>
    <w:rsid w:val="00504CE7"/>
    <w:rsid w:val="00520C2C"/>
    <w:rsid w:val="00550008"/>
    <w:rsid w:val="00587969"/>
    <w:rsid w:val="005F4D30"/>
    <w:rsid w:val="0060374B"/>
    <w:rsid w:val="00730E84"/>
    <w:rsid w:val="00750431"/>
    <w:rsid w:val="007548BE"/>
    <w:rsid w:val="00783BC6"/>
    <w:rsid w:val="00787AAE"/>
    <w:rsid w:val="00791394"/>
    <w:rsid w:val="0079773F"/>
    <w:rsid w:val="007E12C0"/>
    <w:rsid w:val="00845312"/>
    <w:rsid w:val="00855E44"/>
    <w:rsid w:val="009529DB"/>
    <w:rsid w:val="009672F9"/>
    <w:rsid w:val="00970315"/>
    <w:rsid w:val="00997EDF"/>
    <w:rsid w:val="00A377A2"/>
    <w:rsid w:val="00A618F8"/>
    <w:rsid w:val="00AA1D8D"/>
    <w:rsid w:val="00B26404"/>
    <w:rsid w:val="00B47730"/>
    <w:rsid w:val="00C30EAE"/>
    <w:rsid w:val="00C7653B"/>
    <w:rsid w:val="00CB0664"/>
    <w:rsid w:val="00CC0A82"/>
    <w:rsid w:val="00D057DC"/>
    <w:rsid w:val="00D87892"/>
    <w:rsid w:val="00DE0ACA"/>
    <w:rsid w:val="00E047AE"/>
    <w:rsid w:val="00E239DF"/>
    <w:rsid w:val="00E51C45"/>
    <w:rsid w:val="00EB2A8D"/>
    <w:rsid w:val="00F2635A"/>
    <w:rsid w:val="00F3112D"/>
    <w:rsid w:val="00F45DE6"/>
    <w:rsid w:val="00F84F7D"/>
    <w:rsid w:val="00F87835"/>
    <w:rsid w:val="00FC693F"/>
    <w:rsid w:val="00FF1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95B5E2D7-39A3-4D74-ADE3-05897AA034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Hyperlink"/>
    <w:basedOn w:val="a2"/>
    <w:uiPriority w:val="99"/>
    <w:unhideWhenUsed/>
    <w:rsid w:val="00D8789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44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4037">
              <w:marLeft w:val="0"/>
              <w:marRight w:val="0"/>
              <w:marTop w:val="0"/>
              <w:marBottom w:val="0"/>
              <w:divBdr>
                <w:top w:val="dashed" w:sz="6" w:space="8" w:color="FF0000"/>
                <w:left w:val="dashed" w:sz="6" w:space="8" w:color="FF0000"/>
                <w:bottom w:val="dashed" w:sz="6" w:space="8" w:color="FF0000"/>
                <w:right w:val="dashed" w:sz="6" w:space="8" w:color="FF0000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2370AA-1150-4FE0-807A-037B2C7B2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44</Pages>
  <Words>8522</Words>
  <Characters>48582</Characters>
  <Application>Microsoft Office Word</Application>
  <DocSecurity>0</DocSecurity>
  <Lines>404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56991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/>
  <cp:lastModifiedBy>admin</cp:lastModifiedBy>
  <cp:revision>21</cp:revision>
  <dcterms:created xsi:type="dcterms:W3CDTF">2022-08-12T08:34:00Z</dcterms:created>
  <dcterms:modified xsi:type="dcterms:W3CDTF">2023-09-14T06:49:00Z</dcterms:modified>
  <cp:category/>
</cp:coreProperties>
</file>